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93031" w14:textId="77777777" w:rsidR="00756632" w:rsidRDefault="00000000">
      <w:pPr>
        <w:spacing w:after="100"/>
        <w:jc w:val="center"/>
      </w:pPr>
      <w:r>
        <w:rPr>
          <w:b/>
        </w:rPr>
        <w:t>CORPORATE RESTRUCTURING AND THE FINANCIAL STABILITY OF QUOTED DEPOSIT MONEY BANKS IN NIGERIA</w:t>
      </w:r>
    </w:p>
    <w:p w14:paraId="5C1AA77C" w14:textId="77777777" w:rsidR="00756632" w:rsidRDefault="00000000">
      <w:pPr>
        <w:spacing w:after="100"/>
      </w:pPr>
      <w:r>
        <w:rPr>
          <w:b/>
        </w:rPr>
        <w:t>ABSTRACT</w:t>
      </w:r>
    </w:p>
    <w:p w14:paraId="0598182B" w14:textId="77777777" w:rsidR="00756632" w:rsidRDefault="00000000" w:rsidP="00ED1428">
      <w:pPr>
        <w:spacing w:after="100"/>
        <w:jc w:val="both"/>
      </w:pPr>
      <w:r>
        <w:t>This study examined the effect of corporate restructuring on the financial stability of quoted deposit money banks (DMBs) in Nigeria. Specifically, it evaluated the effects of financial restructuring, asset restructuring, operational restructuring, and capital restructuring on bank stability. The study adopted an ex post facto research design and used balanced panel data for eight quoted DMBs over the 2010–2023 period, yielding 112 bank-year observations. Data were obtained from audited annual reports. Financial stability was measured using the bank Z-score, for which a higher value indicates a lower probability of insolvency and greater financial stability. The explanatory variables were measured using the restructuring proxies reported in the banks’ financial statements. Panel estimation was conducted using the random-effects model, selected on the basis of the Hausman and Breusch–Pagan LM tests. The results showed that financial restructuring had a significant negative effect on financial stability (β = −0.071595, p = 0.0106), asset restructuring had a significant positive effect (β = 0.420337, p &lt; 0.001), operational restructuring had a positive but statistically insignificant effect (β = 0.009859, p = 0.9429), while capital restructuring had a significant positive effect (β = 0.171277, p = 0.0001). The study concludes that asset and capital restructuring are important correlates of bank financial stability, whereas the operational restructuring proxy did not exhibit a statistically significant independent effect during the study period. The findings have implications for bank management and regulators seeking to strengthen resilience through asset-quality improvement and sustainable capital restructuring.</w:t>
      </w:r>
    </w:p>
    <w:p w14:paraId="36E3CE1D" w14:textId="48095B16" w:rsidR="0022120B" w:rsidRDefault="00000000" w:rsidP="0022120B">
      <w:pPr>
        <w:pStyle w:val="pdq2pgselectionanchorcontainer"/>
      </w:pPr>
      <w:r>
        <w:t xml:space="preserve">Keywords: </w:t>
      </w:r>
      <w:r w:rsidR="0022120B">
        <w:rPr>
          <w:rStyle w:val="Strong"/>
        </w:rPr>
        <w:t>Corporate restructuring; financial stability; deposit money banks; bank Z-score; financial restructuring; asset restructuring; operational restructuring; capital restructuring; panel data</w:t>
      </w:r>
    </w:p>
    <w:p w14:paraId="5C66F39E" w14:textId="77777777" w:rsidR="00756632" w:rsidRDefault="00756632">
      <w:pPr>
        <w:spacing w:after="100"/>
      </w:pPr>
    </w:p>
    <w:p w14:paraId="749CE05E" w14:textId="77777777" w:rsidR="0022120B" w:rsidRDefault="0022120B">
      <w:pPr>
        <w:spacing w:after="100"/>
      </w:pPr>
    </w:p>
    <w:p w14:paraId="41586C89" w14:textId="77777777" w:rsidR="00756632" w:rsidRDefault="00000000">
      <w:pPr>
        <w:spacing w:after="100"/>
      </w:pPr>
      <w:r>
        <w:rPr>
          <w:b/>
        </w:rPr>
        <w:t>1. INTRODUCTION</w:t>
      </w:r>
    </w:p>
    <w:p w14:paraId="78489D4E" w14:textId="77777777" w:rsidR="00756632" w:rsidRDefault="00000000">
      <w:pPr>
        <w:spacing w:after="100"/>
      </w:pPr>
      <w:r>
        <w:rPr>
          <w:b/>
        </w:rPr>
        <w:t>1.1 Background and Motivation</w:t>
      </w:r>
    </w:p>
    <w:p w14:paraId="14C7BBDD" w14:textId="77777777" w:rsidR="00756632" w:rsidRDefault="00000000" w:rsidP="0054596A">
      <w:pPr>
        <w:spacing w:after="100"/>
        <w:jc w:val="both"/>
      </w:pPr>
      <w:r>
        <w:t xml:space="preserve">A stable and resilient banking system is essential to financial intermediation, monetary-policy transmission, capital formation, payment-system efficiency, and sustainable economic growth. Because bank distress can impose costs on depositors, investors, borrowers, public finances, and the wider economy, understanding the institutional and strategic factors associated with bank stability remains important, particularly in emerging economies. In Nigeria, banking-sector reforms have included </w:t>
      </w:r>
      <w:proofErr w:type="spellStart"/>
      <w:r>
        <w:t>recapitalisation</w:t>
      </w:r>
      <w:proofErr w:type="spellEnd"/>
      <w:r>
        <w:t>, consolidation, changes in ownership and governance, asset-quality interventions, and operational reforms. These developments make corporate restructuring a relevant lens through which to examine bank resilience. These themes are consistent with broader work on financial intermediation, banking-system development, and bank stability (</w:t>
      </w:r>
      <w:proofErr w:type="spellStart"/>
      <w:r>
        <w:t>Bayoud</w:t>
      </w:r>
      <w:proofErr w:type="spellEnd"/>
      <w:r>
        <w:t xml:space="preserve">, 2024; Bethune et al., 2022; </w:t>
      </w:r>
      <w:proofErr w:type="spellStart"/>
      <w:r>
        <w:t>Challoumis</w:t>
      </w:r>
      <w:proofErr w:type="spellEnd"/>
      <w:r>
        <w:t xml:space="preserve"> &amp; </w:t>
      </w:r>
      <w:proofErr w:type="spellStart"/>
      <w:r>
        <w:t>Eriotis</w:t>
      </w:r>
      <w:proofErr w:type="spellEnd"/>
      <w:r>
        <w:t xml:space="preserve">, 2024; </w:t>
      </w:r>
      <w:proofErr w:type="spellStart"/>
      <w:r>
        <w:t>Konstantakopoulou</w:t>
      </w:r>
      <w:proofErr w:type="spellEnd"/>
      <w:r>
        <w:t xml:space="preserve">, 2023; Kumar et al., 2023) and with recent studies of Nigerian banking performance, </w:t>
      </w:r>
      <w:proofErr w:type="spellStart"/>
      <w:r>
        <w:t>recapitalisation</w:t>
      </w:r>
      <w:proofErr w:type="spellEnd"/>
      <w:r>
        <w:t xml:space="preserve">, and restructuring (Alao et al., 2024; Ali, 2024; Cookey et al., 2023; Izu et al., 2024; Olawale &amp; Obinna, 2023; Osuji &amp; </w:t>
      </w:r>
      <w:proofErr w:type="spellStart"/>
      <w:r>
        <w:t>Okwuagwu</w:t>
      </w:r>
      <w:proofErr w:type="spellEnd"/>
      <w:r>
        <w:t>, 2022).</w:t>
      </w:r>
      <w:r>
        <w:rPr>
          <w:b/>
          <w:highlight w:val="yellow"/>
        </w:rPr>
        <w:t xml:space="preserve"> Recent Nigerian evidence also indicates that bank-level characteristics, including capital adequacy, bank size, management efficiency, and earnings ability, remain relevant to empirical assessments of commercial-bank financial stability (</w:t>
      </w:r>
      <w:proofErr w:type="spellStart"/>
      <w:r>
        <w:rPr>
          <w:b/>
          <w:highlight w:val="yellow"/>
        </w:rPr>
        <w:t>Akims</w:t>
      </w:r>
      <w:proofErr w:type="spellEnd"/>
      <w:r>
        <w:rPr>
          <w:b/>
          <w:highlight w:val="yellow"/>
        </w:rPr>
        <w:t xml:space="preserve"> &amp; </w:t>
      </w:r>
      <w:proofErr w:type="spellStart"/>
      <w:r>
        <w:rPr>
          <w:b/>
          <w:highlight w:val="yellow"/>
        </w:rPr>
        <w:t>Akims</w:t>
      </w:r>
      <w:proofErr w:type="spellEnd"/>
      <w:r>
        <w:rPr>
          <w:b/>
          <w:highlight w:val="yellow"/>
        </w:rPr>
        <w:t xml:space="preserve">, 2026). International evidence further suggests that economic policy uncertainty can weaken bank stability, while stronger </w:t>
      </w:r>
      <w:proofErr w:type="spellStart"/>
      <w:r>
        <w:rPr>
          <w:b/>
          <w:highlight w:val="yellow"/>
        </w:rPr>
        <w:t>capitalisation</w:t>
      </w:r>
      <w:proofErr w:type="spellEnd"/>
      <w:r>
        <w:rPr>
          <w:b/>
          <w:highlight w:val="yellow"/>
        </w:rPr>
        <w:t xml:space="preserve"> and liquidity can moderate this relationship (</w:t>
      </w:r>
      <w:proofErr w:type="spellStart"/>
      <w:r>
        <w:rPr>
          <w:b/>
          <w:highlight w:val="yellow"/>
        </w:rPr>
        <w:t>Danisman</w:t>
      </w:r>
      <w:proofErr w:type="spellEnd"/>
      <w:r>
        <w:rPr>
          <w:b/>
          <w:highlight w:val="yellow"/>
        </w:rPr>
        <w:t xml:space="preserve"> &amp; Tarazi, 2024).</w:t>
      </w:r>
    </w:p>
    <w:p w14:paraId="4D7ED0F2" w14:textId="77777777" w:rsidR="00756632" w:rsidRDefault="00000000" w:rsidP="0054596A">
      <w:pPr>
        <w:spacing w:after="100"/>
        <w:jc w:val="both"/>
      </w:pPr>
      <w:r>
        <w:lastRenderedPageBreak/>
        <w:t xml:space="preserve">Corporate restructuring is broader than mergers and acquisitions. It may involve changes to a bank’s financing structure, asset portfolio, operating processes, and capital base. These dimensions may affect stability through different channels. Financial restructuring can alter leverage and funding risk; asset restructuring can improve asset quality and reduce exposure to impaired assets; operational restructuring can influence cost efficiency and service delivery; and capital restructuring can strengthen loss-absorbing capacity and regulatory resilience. However, the empirical effects of these dimensions may differ across banks and over time. The multidimensional view is also reflected in research on business and bank restructuring, financial deepening, </w:t>
      </w:r>
      <w:proofErr w:type="spellStart"/>
      <w:r>
        <w:t>reorganisation</w:t>
      </w:r>
      <w:proofErr w:type="spellEnd"/>
      <w:r>
        <w:t>, and mergers and acquisitions (</w:t>
      </w:r>
      <w:proofErr w:type="spellStart"/>
      <w:r>
        <w:t>Mavlutova</w:t>
      </w:r>
      <w:proofErr w:type="spellEnd"/>
      <w:r>
        <w:t xml:space="preserve"> et al., 2021; Nair, 2024; Ray, 2022; Silva &amp; Saito, 2020; Umar, 2023), while related work links strategy, financing, capital structure, and asset preferences to </w:t>
      </w:r>
      <w:proofErr w:type="spellStart"/>
      <w:r>
        <w:rPr>
          <w:highlight w:val="yellow"/>
        </w:rPr>
        <w:t>organisational</w:t>
      </w:r>
      <w:proofErr w:type="spellEnd"/>
      <w:r>
        <w:t xml:space="preserve"> and bank outcomes (</w:t>
      </w:r>
      <w:proofErr w:type="spellStart"/>
      <w:r>
        <w:t>Alsharari</w:t>
      </w:r>
      <w:proofErr w:type="spellEnd"/>
      <w:r>
        <w:t xml:space="preserve">, 2024; Bhuiya &amp; Russel, 2023; Nagarajan et al., 2023; </w:t>
      </w:r>
      <w:proofErr w:type="spellStart"/>
      <w:r>
        <w:t>Obadire</w:t>
      </w:r>
      <w:proofErr w:type="spellEnd"/>
      <w:r>
        <w:t xml:space="preserve"> et al., 2023; Ramzan &amp; Lau, 2023).</w:t>
      </w:r>
      <w:r>
        <w:rPr>
          <w:b/>
          <w:highlight w:val="yellow"/>
        </w:rPr>
        <w:t xml:space="preserve"> Evidence from Basel III also shows that changes in capital requirements can affect bank credit supply and risk-taking, reinforcing the need to distinguish capital restructuring from other restructuring channels (</w:t>
      </w:r>
      <w:proofErr w:type="spellStart"/>
      <w:r>
        <w:rPr>
          <w:b/>
          <w:highlight w:val="yellow"/>
        </w:rPr>
        <w:t>Anguren</w:t>
      </w:r>
      <w:proofErr w:type="spellEnd"/>
      <w:r>
        <w:rPr>
          <w:b/>
          <w:highlight w:val="yellow"/>
        </w:rPr>
        <w:t xml:space="preserve"> et al., 2024).</w:t>
      </w:r>
    </w:p>
    <w:p w14:paraId="1522AE95" w14:textId="77777777" w:rsidR="00756632" w:rsidRDefault="00000000" w:rsidP="0054596A">
      <w:pPr>
        <w:spacing w:after="100"/>
        <w:jc w:val="both"/>
      </w:pPr>
      <w:r>
        <w:t xml:space="preserve">The motivation for this study arises from the need to move beyond a narrow focus on mergers, acquisitions, or single restructuring indicators and to examine several dimensions of restructuring jointly. The study therefore investigates financial, asset, operational, and capital restructuring in relation to the financial stability of quoted DMBs in Nigeria. The use of the bank Z-score also provides a stability-oriented outcome measure because it combines profitability, </w:t>
      </w:r>
      <w:proofErr w:type="spellStart"/>
      <w:r>
        <w:t>capitalisation</w:t>
      </w:r>
      <w:proofErr w:type="spellEnd"/>
      <w:r>
        <w:t xml:space="preserve">, and earnings volatility. This focus is intended to provide evidence that is useful to researchers, regulators, policymakers, and bank managers. Prior studies have examined mergers, insolvency-law restructuring, asset restructuring commitments, ESG-related restructuring, post-merger efficiency, bad-loan sales, workforce responses, and digital transformation in restructuring contexts (Adhikari et al., 2023; </w:t>
      </w:r>
      <w:proofErr w:type="spellStart"/>
      <w:r>
        <w:t>Closset</w:t>
      </w:r>
      <w:proofErr w:type="spellEnd"/>
      <w:r>
        <w:t xml:space="preserve"> et al., 2023; Johnstone, 2024; Liu et al., 2023; Nguyen, 2024; Purnomo &amp; Aswin, 2024; Segura &amp; Suárez, 2023; Sethi et al., 2024; Tran et al., 2026).</w:t>
      </w:r>
      <w:r>
        <w:rPr>
          <w:b/>
          <w:highlight w:val="yellow"/>
        </w:rPr>
        <w:t xml:space="preserve"> Recent Nigerian evidence on financial-technology adoption likewise shows that individual digital-banking channels can have different relationships with bank profitability, supporting the treatment of operational transformation as a multidimensional process rather than a single intervention (</w:t>
      </w:r>
      <w:proofErr w:type="spellStart"/>
      <w:r>
        <w:rPr>
          <w:b/>
          <w:highlight w:val="yellow"/>
        </w:rPr>
        <w:t>Nkwa</w:t>
      </w:r>
      <w:proofErr w:type="spellEnd"/>
      <w:r>
        <w:rPr>
          <w:b/>
          <w:highlight w:val="yellow"/>
        </w:rPr>
        <w:t xml:space="preserve"> et al., 2026).</w:t>
      </w:r>
    </w:p>
    <w:p w14:paraId="6E90355C" w14:textId="77777777" w:rsidR="00756632" w:rsidRDefault="00000000">
      <w:pPr>
        <w:spacing w:after="100"/>
      </w:pPr>
      <w:r>
        <w:rPr>
          <w:b/>
        </w:rPr>
        <w:t>1.2 Statement of the Problem</w:t>
      </w:r>
    </w:p>
    <w:p w14:paraId="2D5C0335" w14:textId="77777777" w:rsidR="00756632" w:rsidRDefault="00000000">
      <w:pPr>
        <w:spacing w:after="100"/>
      </w:pPr>
      <w:r>
        <w:t xml:space="preserve">Despite successive banking-sector reforms, concerns relating to asset quality, capital adequacy, funding structure, operational efficiency, and exposure to macroeconomic shocks remain relevant in Nigeria. Although restructuring is frequently presented as a means of strengthening banks, its effects are not necessarily uniform across restructuring dimensions. Existing studies have often focused on mergers and acquisitions, profitability, or isolated restructuring measures, while comparatively limited attention has been given to the joint effects of financial, asset, operational, and capital restructuring on bank stability. In addition, inconsistent reporting and weak operational definitions can make empirical findings difficult to interpret. This study addresses these issues by clearly specifying the variables, presenting the complete panel-regression output, and aligning the abstract, results, discussion, conclusion, and recommendations with the same empirical evidence. Evidence from banking and related financial institutions in African and other emerging-economy settings has likewise examined asset and liability management, financial restructuring, credit risk, capital restructuring, and </w:t>
      </w:r>
      <w:proofErr w:type="spellStart"/>
      <w:r>
        <w:rPr>
          <w:highlight w:val="yellow"/>
        </w:rPr>
        <w:t>organisational</w:t>
      </w:r>
      <w:proofErr w:type="spellEnd"/>
      <w:r>
        <w:t xml:space="preserve"> performance (Bawa &amp; Basu, 2020; Belay, 2024; Dzingirai &amp; </w:t>
      </w:r>
      <w:proofErr w:type="spellStart"/>
      <w:r>
        <w:t>Baporikar</w:t>
      </w:r>
      <w:proofErr w:type="spellEnd"/>
      <w:r>
        <w:t xml:space="preserve">, 2022; </w:t>
      </w:r>
      <w:proofErr w:type="spellStart"/>
      <w:r>
        <w:t>Ingow</w:t>
      </w:r>
      <w:proofErr w:type="spellEnd"/>
      <w:r>
        <w:t xml:space="preserve"> &amp; </w:t>
      </w:r>
      <w:proofErr w:type="spellStart"/>
      <w:r>
        <w:t>Opuodho</w:t>
      </w:r>
      <w:proofErr w:type="spellEnd"/>
      <w:r>
        <w:t xml:space="preserve">, 2019; </w:t>
      </w:r>
      <w:proofErr w:type="spellStart"/>
      <w:r>
        <w:t>Isabwa</w:t>
      </w:r>
      <w:proofErr w:type="spellEnd"/>
      <w:r>
        <w:t xml:space="preserve"> &amp; </w:t>
      </w:r>
      <w:proofErr w:type="spellStart"/>
      <w:r>
        <w:t>Mabonga</w:t>
      </w:r>
      <w:proofErr w:type="spellEnd"/>
      <w:r>
        <w:t>, 2019; Kariuki &amp; Njuguna, 2024; Kithinji, 2019; Okonkwo et al., 2023).</w:t>
      </w:r>
      <w:r>
        <w:rPr>
          <w:b/>
          <w:highlight w:val="yellow"/>
        </w:rPr>
        <w:t xml:space="preserve"> Recent cross-country evidence also links bank capital, liquidity, and non-performing loans to systemic-risk outcomes, with the observed relationships differing across economic settings and risk measures (Sharma &amp; Jain, 2025).</w:t>
      </w:r>
    </w:p>
    <w:p w14:paraId="3DF3DA9A" w14:textId="77777777" w:rsidR="00756632" w:rsidRDefault="00000000">
      <w:pPr>
        <w:spacing w:after="100"/>
      </w:pPr>
      <w:r>
        <w:rPr>
          <w:b/>
          <w:highlight w:val="yellow"/>
        </w:rPr>
        <w:t>1.3 Research Hypotheses</w:t>
      </w:r>
    </w:p>
    <w:p w14:paraId="4F161153" w14:textId="77777777" w:rsidR="00756632" w:rsidRDefault="00000000">
      <w:pPr>
        <w:spacing w:after="100"/>
      </w:pPr>
      <w:r>
        <w:t>H01: Financial restructuring has no significant effect on the financial stability of quoted DMBs in Nigeria.</w:t>
      </w:r>
    </w:p>
    <w:p w14:paraId="1CA36CA7" w14:textId="77777777" w:rsidR="00756632" w:rsidRDefault="00000000">
      <w:pPr>
        <w:spacing w:after="100"/>
      </w:pPr>
      <w:r>
        <w:t>H02: Asset restructuring has no significant effect on the financial stability of quoted DMBs in Nigeria.</w:t>
      </w:r>
    </w:p>
    <w:p w14:paraId="448C11CB" w14:textId="77777777" w:rsidR="00756632" w:rsidRDefault="00000000">
      <w:pPr>
        <w:spacing w:after="100"/>
      </w:pPr>
      <w:r>
        <w:lastRenderedPageBreak/>
        <w:t>H03: Operational restructuring has no significant effect on the financial stability of quoted DMBs in Nigeria.</w:t>
      </w:r>
    </w:p>
    <w:p w14:paraId="4C936B64" w14:textId="77777777" w:rsidR="00756632" w:rsidRDefault="00000000">
      <w:pPr>
        <w:spacing w:after="100"/>
      </w:pPr>
      <w:r>
        <w:t>H04: Capital restructuring has no significant effect on the financial stability of quoted DMBs in Nigeria.</w:t>
      </w:r>
    </w:p>
    <w:p w14:paraId="4E8BC294" w14:textId="77777777" w:rsidR="00756632" w:rsidRDefault="00000000">
      <w:pPr>
        <w:spacing w:after="100"/>
      </w:pPr>
      <w:r>
        <w:rPr>
          <w:b/>
          <w:highlight w:val="yellow"/>
        </w:rPr>
        <w:t>1.4 Objectives of the Study</w:t>
      </w:r>
    </w:p>
    <w:p w14:paraId="62B48D24" w14:textId="77777777" w:rsidR="00756632" w:rsidRDefault="00000000">
      <w:pPr>
        <w:spacing w:after="100"/>
      </w:pPr>
      <w:r>
        <w:t>Examine the effect of financial restructuring on the financial stability of quoted DMBs in Nigeria.</w:t>
      </w:r>
    </w:p>
    <w:p w14:paraId="43979510" w14:textId="77777777" w:rsidR="00756632" w:rsidRDefault="00000000">
      <w:pPr>
        <w:spacing w:after="100"/>
      </w:pPr>
      <w:r>
        <w:t>Determine the effect of asset restructuring on the financial stability of quoted DMBs in Nigeria.</w:t>
      </w:r>
    </w:p>
    <w:p w14:paraId="293E71BD" w14:textId="77777777" w:rsidR="00756632" w:rsidRDefault="00000000">
      <w:pPr>
        <w:spacing w:after="100"/>
      </w:pPr>
      <w:r>
        <w:t>Assess the effect of operational restructuring on the financial stability of quoted DMBs in Nigeria.</w:t>
      </w:r>
    </w:p>
    <w:p w14:paraId="5B9E1ADA" w14:textId="77777777" w:rsidR="00756632" w:rsidRDefault="00000000">
      <w:pPr>
        <w:spacing w:after="100"/>
      </w:pPr>
      <w:r>
        <w:t>Evaluate the effect of capital restructuring on the financial stability of quoted DMBs in Nigeria.</w:t>
      </w:r>
    </w:p>
    <w:p w14:paraId="5B790A11" w14:textId="77777777" w:rsidR="00756632" w:rsidRDefault="00000000">
      <w:pPr>
        <w:spacing w:after="100"/>
      </w:pPr>
      <w:r>
        <w:rPr>
          <w:b/>
        </w:rPr>
        <w:t>2. LITERATURE REVIEW</w:t>
      </w:r>
    </w:p>
    <w:p w14:paraId="4D840518" w14:textId="77777777" w:rsidR="00756632" w:rsidRDefault="00000000">
      <w:pPr>
        <w:spacing w:after="100"/>
      </w:pPr>
      <w:r>
        <w:rPr>
          <w:b/>
        </w:rPr>
        <w:t>2.1 Conceptual Review</w:t>
      </w:r>
    </w:p>
    <w:p w14:paraId="5CC4382B" w14:textId="77777777" w:rsidR="00756632" w:rsidRDefault="00000000">
      <w:pPr>
        <w:spacing w:after="100"/>
      </w:pPr>
      <w:r>
        <w:t xml:space="preserve">Corporate restructuring refers to deliberate changes in a firm’s financial structure, asset composition, operating arrangements, ownership, or capital base undertaken to improve efficiency, restore viability, manage risk, or strengthen competitiveness. In banking, restructuring may include changes in funding composition, asset-quality management, branch and process </w:t>
      </w:r>
      <w:proofErr w:type="spellStart"/>
      <w:r>
        <w:t>rationalisation</w:t>
      </w:r>
      <w:proofErr w:type="spellEnd"/>
      <w:r>
        <w:t xml:space="preserve">, technology deployment, </w:t>
      </w:r>
      <w:proofErr w:type="spellStart"/>
      <w:r>
        <w:t>recapitalisation</w:t>
      </w:r>
      <w:proofErr w:type="spellEnd"/>
      <w:r>
        <w:t xml:space="preserve">, and other measures intended to improve resilience. Related studies also address financial technology and bank performance, corporate governance and ownership, credit restructuring, capital-structure dynamics, innovation financing, diversification and risk, bank efficiency, and corporate financing strategies (Baker et al., 2023; Bui &amp; </w:t>
      </w:r>
      <w:proofErr w:type="spellStart"/>
      <w:r>
        <w:t>Krajcsák</w:t>
      </w:r>
      <w:proofErr w:type="spellEnd"/>
      <w:r>
        <w:t xml:space="preserve">, 2024; </w:t>
      </w:r>
      <w:proofErr w:type="spellStart"/>
      <w:r>
        <w:t>Darmayanthi</w:t>
      </w:r>
      <w:proofErr w:type="spellEnd"/>
      <w:r>
        <w:t xml:space="preserve"> et al., 2024; </w:t>
      </w:r>
      <w:proofErr w:type="spellStart"/>
      <w:r>
        <w:t>Elrayah</w:t>
      </w:r>
      <w:proofErr w:type="spellEnd"/>
      <w:r>
        <w:t xml:space="preserve"> &amp; </w:t>
      </w:r>
      <w:proofErr w:type="spellStart"/>
      <w:r>
        <w:t>Jalingo</w:t>
      </w:r>
      <w:proofErr w:type="spellEnd"/>
      <w:r>
        <w:t xml:space="preserve">, 2023; Indy et al., 2023; Liu &amp; Zhao, 2024; </w:t>
      </w:r>
      <w:proofErr w:type="spellStart"/>
      <w:r>
        <w:t>Moudud</w:t>
      </w:r>
      <w:proofErr w:type="spellEnd"/>
      <w:r>
        <w:t>-Ul-Huq et al., 2023; Patra et al., 2023; Tomar &amp; Chauhan, 2020).</w:t>
      </w:r>
    </w:p>
    <w:p w14:paraId="6EABAA47" w14:textId="77777777" w:rsidR="00756632" w:rsidRDefault="00000000">
      <w:pPr>
        <w:spacing w:after="100"/>
      </w:pPr>
      <w:r>
        <w:rPr>
          <w:b/>
        </w:rPr>
        <w:t>2.2 Financial Stability and the Bank Z-Score</w:t>
      </w:r>
    </w:p>
    <w:p w14:paraId="4AB04BC5" w14:textId="77777777" w:rsidR="00756632" w:rsidRDefault="00000000">
      <w:pPr>
        <w:spacing w:after="100"/>
      </w:pPr>
      <w:r>
        <w:t>The dependent variable is financial stability, measured by the bank Z-score. The Z-score is interpreted as an inverse indicator of insolvency risk: a higher value indicates a greater distance from insolvency and, therefore, stronger financial stability. Consequently, a positive coefficient on a restructuring variable indicates an association with higher financial stability, while a negative coefficient indicates an association with lower financial stability, subject to the statistical significance of the estimate.</w:t>
      </w:r>
    </w:p>
    <w:p w14:paraId="6857A6A5" w14:textId="77777777" w:rsidR="00756632" w:rsidRDefault="00000000">
      <w:pPr>
        <w:spacing w:after="100"/>
      </w:pPr>
      <w:r>
        <w:rPr>
          <w:b/>
        </w:rPr>
        <w:t>2.3 Literature Gap</w:t>
      </w:r>
    </w:p>
    <w:p w14:paraId="05A0FF3B" w14:textId="77777777" w:rsidR="00756632" w:rsidRDefault="00000000">
      <w:pPr>
        <w:spacing w:after="100"/>
      </w:pPr>
      <w:r>
        <w:t xml:space="preserve">The reviewed literature shows that restructuring may affect bank outcomes through financing, asset, operational, and capital channels. However, many studies focus on a single restructuring dimension, mergers and acquisitions, or conventional profitability measures. This study contributes by examining four restructuring dimensions jointly and by using a stability-oriented outcome measure for a balanced panel of quoted Nigerian DMBs over 2010–2023. Because the empirical analysis depends on accounting disclosures, the broader literature on preparation of financial statements is also relevant to the quality and availability of underlying accounting information (Putri &amp; </w:t>
      </w:r>
      <w:proofErr w:type="spellStart"/>
      <w:r>
        <w:t>Kusmila</w:t>
      </w:r>
      <w:proofErr w:type="spellEnd"/>
      <w:r>
        <w:t>, 2023).</w:t>
      </w:r>
    </w:p>
    <w:p w14:paraId="0C6C3482" w14:textId="77777777" w:rsidR="00756632" w:rsidRDefault="00000000">
      <w:pPr>
        <w:spacing w:after="100"/>
      </w:pPr>
      <w:r>
        <w:rPr>
          <w:b/>
        </w:rPr>
        <w:t>3. METHODOLOGY</w:t>
      </w:r>
    </w:p>
    <w:p w14:paraId="2E2709F0" w14:textId="77777777" w:rsidR="00756632" w:rsidRDefault="00000000">
      <w:pPr>
        <w:spacing w:after="100"/>
      </w:pPr>
      <w:r>
        <w:rPr>
          <w:b/>
        </w:rPr>
        <w:t>3.1 Research Design</w:t>
      </w:r>
    </w:p>
    <w:p w14:paraId="2AB50432" w14:textId="77777777" w:rsidR="00756632" w:rsidRDefault="00000000">
      <w:pPr>
        <w:spacing w:after="100"/>
      </w:pPr>
      <w:r>
        <w:t>The study adopted an ex post facto research design because it relied on historical, non-manipulable secondary data. The design is appropriate for examining statistical relationships among bank-level variables observed over time. Given the observational nature of the data, the estimates are interpreted as empirical associations rather than definitive causal effects.</w:t>
      </w:r>
    </w:p>
    <w:p w14:paraId="7D6EBAFE" w14:textId="77777777" w:rsidR="00756632" w:rsidRDefault="00000000">
      <w:pPr>
        <w:spacing w:after="100"/>
      </w:pPr>
      <w:r>
        <w:rPr>
          <w:b/>
        </w:rPr>
        <w:t>3.2 Population, Sample, and Sampling Procedure</w:t>
      </w:r>
    </w:p>
    <w:p w14:paraId="1C089165" w14:textId="77777777" w:rsidR="00756632" w:rsidRDefault="00000000">
      <w:pPr>
        <w:spacing w:after="100"/>
      </w:pPr>
      <w:r>
        <w:t xml:space="preserve">The population comprised the 21 banks quoted on the Nigerian Exchange Group during the study period. Eight quoted DMBs—Access Bank Plc, Ecobank Transnational Incorporated, Fidelity Bank Plc, First City Monument </w:t>
      </w:r>
      <w:r>
        <w:lastRenderedPageBreak/>
        <w:t xml:space="preserve">Bank Plc, Guaranty Trust Holding Company Plc, United Bank for Africa Plc, Wema Bank Plc, and Zenith Bank Plc—were included. The sample was selected purposively on the basis of the availability of sufficiently consistent annual-report data for the variables required throughout 2010–2023 and the need to construct a balanced panel. The final sample produced 112 bank-year observations (8 banks × 14 years). The purposive selection and the focus on quoted banks limit the </w:t>
      </w:r>
      <w:proofErr w:type="spellStart"/>
      <w:r>
        <w:t>generalisability</w:t>
      </w:r>
      <w:proofErr w:type="spellEnd"/>
      <w:r>
        <w:t xml:space="preserve"> of the findings to the wider banking system.</w:t>
      </w:r>
    </w:p>
    <w:p w14:paraId="0FBE918F" w14:textId="77777777" w:rsidR="00756632" w:rsidRDefault="00000000">
      <w:pPr>
        <w:spacing w:after="100"/>
      </w:pPr>
      <w:r>
        <w:rPr>
          <w:b/>
        </w:rPr>
        <w:t>3.3 Data Source and Ethical Considerations</w:t>
      </w:r>
    </w:p>
    <w:p w14:paraId="1CE2C177" w14:textId="77777777" w:rsidR="00756632" w:rsidRDefault="00000000">
      <w:pPr>
        <w:spacing w:after="100"/>
      </w:pPr>
      <w:r>
        <w:t>The study used secondary data obtained from the audited annual reports and financial statements of the sampled banks. The study did not involve human participants, personal data, interviews, or experimental intervention. Accordingly, no human-subject ethical approval was required. Data extraction and reporting were undertaken using publicly available corporate disclosures.</w:t>
      </w:r>
    </w:p>
    <w:p w14:paraId="4224B3A5" w14:textId="77777777" w:rsidR="00756632" w:rsidRDefault="00000000">
      <w:pPr>
        <w:spacing w:after="100"/>
      </w:pPr>
      <w:r>
        <w:rPr>
          <w:b/>
        </w:rPr>
        <w:t>3.4 Operational Definition and Measurement of Variables</w:t>
      </w:r>
    </w:p>
    <w:p w14:paraId="150C8A60" w14:textId="77777777" w:rsidR="0043110A" w:rsidRDefault="00000000">
      <w:pPr>
        <w:pStyle w:val="Caption"/>
        <w:keepNext/>
        <w:spacing w:after="0"/>
      </w:pPr>
      <w:r>
        <w:rPr>
          <w:highlight w:val="yellow"/>
        </w:rPr>
        <w:t xml:space="preserve">Table 1. Measurement and </w:t>
      </w:r>
      <w:proofErr w:type="spellStart"/>
      <w:r>
        <w:rPr>
          <w:highlight w:val="yellow"/>
        </w:rPr>
        <w:t>Operationalisation</w:t>
      </w:r>
      <w:proofErr w:type="spellEnd"/>
      <w:r>
        <w:rPr>
          <w:highlight w:val="yellow"/>
        </w:rPr>
        <w:t xml:space="preserve"> of Study Variables</w:t>
      </w:r>
    </w:p>
    <w:tbl>
      <w:tblPr>
        <w:tblStyle w:val="TableGrid"/>
        <w:tblW w:w="0" w:type="auto"/>
        <w:jc w:val="center"/>
        <w:tblLook w:val="04A0" w:firstRow="1" w:lastRow="0" w:firstColumn="1" w:lastColumn="0" w:noHBand="0" w:noVBand="1"/>
      </w:tblPr>
      <w:tblGrid>
        <w:gridCol w:w="2484"/>
        <w:gridCol w:w="2484"/>
        <w:gridCol w:w="2484"/>
        <w:gridCol w:w="2484"/>
      </w:tblGrid>
      <w:tr w:rsidR="00756632" w14:paraId="2826E3A7" w14:textId="77777777">
        <w:trPr>
          <w:jc w:val="center"/>
        </w:trPr>
        <w:tc>
          <w:tcPr>
            <w:tcW w:w="2484" w:type="dxa"/>
            <w:vAlign w:val="center"/>
          </w:tcPr>
          <w:p w14:paraId="1D2538A7" w14:textId="77777777" w:rsidR="00756632" w:rsidRDefault="00000000">
            <w:r>
              <w:rPr>
                <w:b/>
                <w:sz w:val="18"/>
              </w:rPr>
              <w:t>Variable</w:t>
            </w:r>
          </w:p>
        </w:tc>
        <w:tc>
          <w:tcPr>
            <w:tcW w:w="2484" w:type="dxa"/>
            <w:vAlign w:val="center"/>
          </w:tcPr>
          <w:p w14:paraId="37FB25DA" w14:textId="77777777" w:rsidR="00756632" w:rsidRDefault="00000000">
            <w:r>
              <w:rPr>
                <w:b/>
                <w:sz w:val="18"/>
              </w:rPr>
              <w:t>Code</w:t>
            </w:r>
          </w:p>
        </w:tc>
        <w:tc>
          <w:tcPr>
            <w:tcW w:w="2484" w:type="dxa"/>
            <w:vAlign w:val="center"/>
          </w:tcPr>
          <w:p w14:paraId="38E7E51A" w14:textId="77777777" w:rsidR="00756632" w:rsidRDefault="00000000">
            <w:r>
              <w:rPr>
                <w:b/>
                <w:sz w:val="18"/>
              </w:rPr>
              <w:t>Operational definition/measurement</w:t>
            </w:r>
          </w:p>
        </w:tc>
        <w:tc>
          <w:tcPr>
            <w:tcW w:w="2484" w:type="dxa"/>
            <w:vAlign w:val="center"/>
          </w:tcPr>
          <w:p w14:paraId="334CE62C" w14:textId="77777777" w:rsidR="00756632" w:rsidRDefault="00000000">
            <w:r>
              <w:rPr>
                <w:b/>
                <w:sz w:val="18"/>
              </w:rPr>
              <w:t>Role</w:t>
            </w:r>
          </w:p>
        </w:tc>
      </w:tr>
      <w:tr w:rsidR="00756632" w14:paraId="39D3E46A" w14:textId="77777777">
        <w:trPr>
          <w:jc w:val="center"/>
        </w:trPr>
        <w:tc>
          <w:tcPr>
            <w:tcW w:w="2484" w:type="dxa"/>
            <w:vAlign w:val="center"/>
          </w:tcPr>
          <w:p w14:paraId="76F843F3" w14:textId="77777777" w:rsidR="00756632" w:rsidRDefault="00000000">
            <w:r>
              <w:rPr>
                <w:sz w:val="18"/>
              </w:rPr>
              <w:t>Financial stability</w:t>
            </w:r>
          </w:p>
        </w:tc>
        <w:tc>
          <w:tcPr>
            <w:tcW w:w="2484" w:type="dxa"/>
            <w:vAlign w:val="center"/>
          </w:tcPr>
          <w:p w14:paraId="2D53A9A7" w14:textId="77777777" w:rsidR="00756632" w:rsidRDefault="00000000">
            <w:r>
              <w:rPr>
                <w:sz w:val="18"/>
              </w:rPr>
              <w:t>FIRE</w:t>
            </w:r>
          </w:p>
        </w:tc>
        <w:tc>
          <w:tcPr>
            <w:tcW w:w="2484" w:type="dxa"/>
            <w:vAlign w:val="center"/>
          </w:tcPr>
          <w:p w14:paraId="7DA0468D" w14:textId="77777777" w:rsidR="00756632" w:rsidRDefault="00000000">
            <w:r>
              <w:rPr>
                <w:sz w:val="18"/>
              </w:rPr>
              <w:t>Bank Z-score. A higher Z-score indicates a lower probability of insolvency and greater financial stability. The study should retain the exact formula used in the source dataset, including the treatment of ROA volatility.</w:t>
            </w:r>
          </w:p>
        </w:tc>
        <w:tc>
          <w:tcPr>
            <w:tcW w:w="2484" w:type="dxa"/>
            <w:vAlign w:val="center"/>
          </w:tcPr>
          <w:p w14:paraId="08BF9C17" w14:textId="77777777" w:rsidR="00756632" w:rsidRDefault="00000000">
            <w:r>
              <w:rPr>
                <w:sz w:val="18"/>
              </w:rPr>
              <w:t>Dependent</w:t>
            </w:r>
          </w:p>
        </w:tc>
      </w:tr>
      <w:tr w:rsidR="00756632" w14:paraId="4B6473FE" w14:textId="77777777">
        <w:trPr>
          <w:jc w:val="center"/>
        </w:trPr>
        <w:tc>
          <w:tcPr>
            <w:tcW w:w="2484" w:type="dxa"/>
            <w:vAlign w:val="center"/>
          </w:tcPr>
          <w:p w14:paraId="10EE89FB" w14:textId="77777777" w:rsidR="00756632" w:rsidRDefault="00000000">
            <w:r>
              <w:rPr>
                <w:sz w:val="18"/>
              </w:rPr>
              <w:t>Financial restructuring</w:t>
            </w:r>
          </w:p>
        </w:tc>
        <w:tc>
          <w:tcPr>
            <w:tcW w:w="2484" w:type="dxa"/>
            <w:vAlign w:val="center"/>
          </w:tcPr>
          <w:p w14:paraId="2A302300" w14:textId="77777777" w:rsidR="00756632" w:rsidRDefault="00000000">
            <w:r>
              <w:rPr>
                <w:sz w:val="18"/>
              </w:rPr>
              <w:t>FINR</w:t>
            </w:r>
          </w:p>
        </w:tc>
        <w:tc>
          <w:tcPr>
            <w:tcW w:w="2484" w:type="dxa"/>
            <w:vAlign w:val="center"/>
          </w:tcPr>
          <w:p w14:paraId="13BB6F0D" w14:textId="77777777" w:rsidR="00756632" w:rsidRDefault="00000000">
            <w:r>
              <w:rPr>
                <w:sz w:val="18"/>
              </w:rPr>
              <w:t>Financial-structure restructuring proxy extracted from audited annual reports. The exact numerator, denominator, and accounting items used should be stated consistently with the source dataset.</w:t>
            </w:r>
          </w:p>
        </w:tc>
        <w:tc>
          <w:tcPr>
            <w:tcW w:w="2484" w:type="dxa"/>
            <w:vAlign w:val="center"/>
          </w:tcPr>
          <w:p w14:paraId="189FF41B" w14:textId="77777777" w:rsidR="00756632" w:rsidRDefault="00000000">
            <w:r>
              <w:rPr>
                <w:sz w:val="18"/>
              </w:rPr>
              <w:t>Independent</w:t>
            </w:r>
          </w:p>
        </w:tc>
      </w:tr>
      <w:tr w:rsidR="00756632" w14:paraId="77E7C3B8" w14:textId="77777777">
        <w:trPr>
          <w:jc w:val="center"/>
        </w:trPr>
        <w:tc>
          <w:tcPr>
            <w:tcW w:w="2484" w:type="dxa"/>
            <w:vAlign w:val="center"/>
          </w:tcPr>
          <w:p w14:paraId="67C2BC59" w14:textId="77777777" w:rsidR="00756632" w:rsidRDefault="00000000">
            <w:r>
              <w:rPr>
                <w:sz w:val="18"/>
              </w:rPr>
              <w:t>Asset restructuring</w:t>
            </w:r>
          </w:p>
        </w:tc>
        <w:tc>
          <w:tcPr>
            <w:tcW w:w="2484" w:type="dxa"/>
            <w:vAlign w:val="center"/>
          </w:tcPr>
          <w:p w14:paraId="34C0A3CF" w14:textId="77777777" w:rsidR="00756632" w:rsidRDefault="00000000">
            <w:r>
              <w:rPr>
                <w:sz w:val="18"/>
              </w:rPr>
              <w:t>ASSR</w:t>
            </w:r>
          </w:p>
        </w:tc>
        <w:tc>
          <w:tcPr>
            <w:tcW w:w="2484" w:type="dxa"/>
            <w:vAlign w:val="center"/>
          </w:tcPr>
          <w:p w14:paraId="5D59113E" w14:textId="77777777" w:rsidR="00756632" w:rsidRDefault="00000000">
            <w:r>
              <w:rPr>
                <w:sz w:val="18"/>
              </w:rPr>
              <w:t>Asset-quality/asset-portfolio restructuring proxy extracted from audited annual reports. The exact formula and accounting items used should be stated.</w:t>
            </w:r>
          </w:p>
        </w:tc>
        <w:tc>
          <w:tcPr>
            <w:tcW w:w="2484" w:type="dxa"/>
            <w:vAlign w:val="center"/>
          </w:tcPr>
          <w:p w14:paraId="3CF75795" w14:textId="77777777" w:rsidR="00756632" w:rsidRDefault="00000000">
            <w:r>
              <w:rPr>
                <w:sz w:val="18"/>
              </w:rPr>
              <w:t>Independent</w:t>
            </w:r>
          </w:p>
        </w:tc>
      </w:tr>
      <w:tr w:rsidR="00756632" w14:paraId="5B20D725" w14:textId="77777777">
        <w:trPr>
          <w:jc w:val="center"/>
        </w:trPr>
        <w:tc>
          <w:tcPr>
            <w:tcW w:w="2484" w:type="dxa"/>
            <w:vAlign w:val="center"/>
          </w:tcPr>
          <w:p w14:paraId="114C6CD2" w14:textId="77777777" w:rsidR="00756632" w:rsidRDefault="00000000">
            <w:r>
              <w:rPr>
                <w:sz w:val="18"/>
              </w:rPr>
              <w:t>Operational restructuring</w:t>
            </w:r>
          </w:p>
        </w:tc>
        <w:tc>
          <w:tcPr>
            <w:tcW w:w="2484" w:type="dxa"/>
            <w:vAlign w:val="center"/>
          </w:tcPr>
          <w:p w14:paraId="3BF77B3F" w14:textId="77777777" w:rsidR="00756632" w:rsidRDefault="00000000">
            <w:r>
              <w:rPr>
                <w:sz w:val="18"/>
              </w:rPr>
              <w:t>OPR</w:t>
            </w:r>
          </w:p>
        </w:tc>
        <w:tc>
          <w:tcPr>
            <w:tcW w:w="2484" w:type="dxa"/>
            <w:vAlign w:val="center"/>
          </w:tcPr>
          <w:p w14:paraId="203FFA41" w14:textId="77777777" w:rsidR="00756632" w:rsidRDefault="00000000">
            <w:r>
              <w:rPr>
                <w:sz w:val="18"/>
              </w:rPr>
              <w:t>Operational restructuring proxy derived from the banks’ reported operating/branch/technology or efficiency-related information, using the exact formula applied in the dataset.</w:t>
            </w:r>
          </w:p>
        </w:tc>
        <w:tc>
          <w:tcPr>
            <w:tcW w:w="2484" w:type="dxa"/>
            <w:vAlign w:val="center"/>
          </w:tcPr>
          <w:p w14:paraId="51704556" w14:textId="77777777" w:rsidR="00756632" w:rsidRDefault="00000000">
            <w:r>
              <w:rPr>
                <w:sz w:val="18"/>
              </w:rPr>
              <w:t>Independent</w:t>
            </w:r>
          </w:p>
        </w:tc>
      </w:tr>
      <w:tr w:rsidR="00756632" w14:paraId="71ADCA1F" w14:textId="77777777">
        <w:trPr>
          <w:jc w:val="center"/>
        </w:trPr>
        <w:tc>
          <w:tcPr>
            <w:tcW w:w="2484" w:type="dxa"/>
            <w:vAlign w:val="center"/>
          </w:tcPr>
          <w:p w14:paraId="15EA9DA8" w14:textId="77777777" w:rsidR="00756632" w:rsidRDefault="00000000">
            <w:r>
              <w:rPr>
                <w:sz w:val="18"/>
              </w:rPr>
              <w:t>Capital restructuring</w:t>
            </w:r>
          </w:p>
        </w:tc>
        <w:tc>
          <w:tcPr>
            <w:tcW w:w="2484" w:type="dxa"/>
            <w:vAlign w:val="center"/>
          </w:tcPr>
          <w:p w14:paraId="64AEE921" w14:textId="77777777" w:rsidR="00756632" w:rsidRDefault="00000000">
            <w:r>
              <w:rPr>
                <w:sz w:val="18"/>
              </w:rPr>
              <w:t>CAR</w:t>
            </w:r>
          </w:p>
        </w:tc>
        <w:tc>
          <w:tcPr>
            <w:tcW w:w="2484" w:type="dxa"/>
            <w:vAlign w:val="center"/>
          </w:tcPr>
          <w:p w14:paraId="2532928C" w14:textId="77777777" w:rsidR="00756632" w:rsidRDefault="00000000">
            <w:r>
              <w:rPr>
                <w:sz w:val="18"/>
              </w:rPr>
              <w:t>Capital-structure/capital-strengthening proxy derived from audited annual reports, using the exact formula applied in the dataset.</w:t>
            </w:r>
          </w:p>
        </w:tc>
        <w:tc>
          <w:tcPr>
            <w:tcW w:w="2484" w:type="dxa"/>
            <w:vAlign w:val="center"/>
          </w:tcPr>
          <w:p w14:paraId="202CCC7E" w14:textId="77777777" w:rsidR="00756632" w:rsidRDefault="00000000">
            <w:r>
              <w:rPr>
                <w:sz w:val="18"/>
              </w:rPr>
              <w:t>Independent</w:t>
            </w:r>
          </w:p>
        </w:tc>
      </w:tr>
    </w:tbl>
    <w:p w14:paraId="33300AFD" w14:textId="77777777" w:rsidR="00756632" w:rsidRDefault="00756632"/>
    <w:p w14:paraId="55224BF9" w14:textId="77777777" w:rsidR="00756632" w:rsidRDefault="00000000">
      <w:pPr>
        <w:spacing w:after="100"/>
      </w:pPr>
      <w:r>
        <w:rPr>
          <w:b/>
        </w:rPr>
        <w:t>Editorial verification note: The original manuscript did not disclose the exact formulas for FINR, ASSR, OPR, and CAR. Before submission, the authors must insert the precise formulas and accounting line items used to generate the dataset. This is essential because operational definitions cannot be reconstructed reliably from summary output alone.</w:t>
      </w:r>
    </w:p>
    <w:p w14:paraId="1FC974EA" w14:textId="77777777" w:rsidR="00756632" w:rsidRDefault="00000000">
      <w:pPr>
        <w:spacing w:after="100"/>
      </w:pPr>
      <w:r>
        <w:rPr>
          <w:b/>
        </w:rPr>
        <w:t>3.5 Model Specification</w:t>
      </w:r>
    </w:p>
    <w:p w14:paraId="0E96E63D" w14:textId="77777777" w:rsidR="00756632" w:rsidRDefault="00000000">
      <w:pPr>
        <w:spacing w:after="100"/>
      </w:pPr>
      <w:r>
        <w:lastRenderedPageBreak/>
        <w:t>The functional relationship is expressed as:</w:t>
      </w:r>
      <w:r>
        <w:br/>
      </w:r>
      <w:proofErr w:type="spellStart"/>
      <w:r>
        <w:t>FIRE_it</w:t>
      </w:r>
      <w:proofErr w:type="spellEnd"/>
      <w:r>
        <w:t xml:space="preserve"> = </w:t>
      </w:r>
      <w:proofErr w:type="gramStart"/>
      <w:r>
        <w:t>f(</w:t>
      </w:r>
      <w:proofErr w:type="spellStart"/>
      <w:proofErr w:type="gramEnd"/>
      <w:r>
        <w:t>FINR_it</w:t>
      </w:r>
      <w:proofErr w:type="spellEnd"/>
      <w:r>
        <w:t xml:space="preserve">, </w:t>
      </w:r>
      <w:proofErr w:type="spellStart"/>
      <w:r>
        <w:t>ASSR_it</w:t>
      </w:r>
      <w:proofErr w:type="spellEnd"/>
      <w:r>
        <w:t xml:space="preserve">, </w:t>
      </w:r>
      <w:proofErr w:type="spellStart"/>
      <w:r>
        <w:t>OPR_it</w:t>
      </w:r>
      <w:proofErr w:type="spellEnd"/>
      <w:r>
        <w:t xml:space="preserve">, </w:t>
      </w:r>
      <w:proofErr w:type="spellStart"/>
      <w:r>
        <w:t>CAR_it</w:t>
      </w:r>
      <w:proofErr w:type="spellEnd"/>
      <w:r>
        <w:t>).</w:t>
      </w:r>
      <w:r>
        <w:br/>
        <w:t>The estimable panel model is:</w:t>
      </w:r>
      <w:r>
        <w:br/>
      </w:r>
      <w:proofErr w:type="spellStart"/>
      <w:r>
        <w:t>FIRE_it</w:t>
      </w:r>
      <w:proofErr w:type="spellEnd"/>
      <w:r>
        <w:t xml:space="preserve"> = β0 + β1FINR_it + β2ASSR_it + β3OPR_it + β4CAR_it + </w:t>
      </w:r>
      <w:proofErr w:type="spellStart"/>
      <w:r>
        <w:t>μ_i</w:t>
      </w:r>
      <w:proofErr w:type="spellEnd"/>
      <w:r>
        <w:t xml:space="preserve"> + </w:t>
      </w:r>
      <w:proofErr w:type="spellStart"/>
      <w:r>
        <w:t>ε_it</w:t>
      </w:r>
      <w:proofErr w:type="spellEnd"/>
      <w:r>
        <w:t>,</w:t>
      </w:r>
      <w:r>
        <w:br/>
        <w:t xml:space="preserve">where </w:t>
      </w:r>
      <w:proofErr w:type="spellStart"/>
      <w:r>
        <w:t>i</w:t>
      </w:r>
      <w:proofErr w:type="spellEnd"/>
      <w:r>
        <w:t xml:space="preserve"> denotes bank, t denotes year, β0 is the intercept, β1–β4 are slope coefficients, </w:t>
      </w:r>
      <w:proofErr w:type="spellStart"/>
      <w:r>
        <w:t>μ_i</w:t>
      </w:r>
      <w:proofErr w:type="spellEnd"/>
      <w:r>
        <w:t xml:space="preserve"> captures unobserved bank-specific effects, and </w:t>
      </w:r>
      <w:proofErr w:type="spellStart"/>
      <w:r>
        <w:t>ε_it</w:t>
      </w:r>
      <w:proofErr w:type="spellEnd"/>
      <w:r>
        <w:t xml:space="preserve"> is the idiosyncratic error term.</w:t>
      </w:r>
    </w:p>
    <w:p w14:paraId="4E0B7299" w14:textId="77777777" w:rsidR="00756632" w:rsidRDefault="00000000">
      <w:pPr>
        <w:spacing w:after="100"/>
      </w:pPr>
      <w:r>
        <w:rPr>
          <w:b/>
        </w:rPr>
        <w:t>3.6 Estimation and Diagnostic Procedures</w:t>
      </w:r>
    </w:p>
    <w:p w14:paraId="28383984" w14:textId="77777777" w:rsidR="00756632" w:rsidRDefault="00000000">
      <w:pPr>
        <w:spacing w:after="100"/>
      </w:pPr>
      <w:r>
        <w:t xml:space="preserve">Pooled, fixed-effects, and random-effects specifications were considered. The Hausman test was used to guide the choice between fixed and random effects, while the Breusch–Pagan LM test was used to assess whether a random-effects specification was preferable to pooled estimation. Multicollinearity was assessed using </w:t>
      </w:r>
      <w:proofErr w:type="spellStart"/>
      <w:r>
        <w:t>centred</w:t>
      </w:r>
      <w:proofErr w:type="spellEnd"/>
      <w:r>
        <w:t xml:space="preserve"> variance inflation factors (VIFs). The study also reported </w:t>
      </w:r>
      <w:proofErr w:type="spellStart"/>
      <w:r>
        <w:t>Pesaran</w:t>
      </w:r>
      <w:proofErr w:type="spellEnd"/>
      <w:r>
        <w:t xml:space="preserve"> cross-sectional-dependence statistics. Because significant cross-sectional dependence was detected, the conventional random-effects standard errors should not be treated as fully robust unless an appropriate correction is applied. The reported random-effects estimates are therefore retained as the baseline results, while the cross-sectional-dependence issue is explicitly acknowledged as a limitation. A final submission should ideally include a robustness re-estimation using a method appropriate to the panel dimensions and the software available (for example, cross-section-robust or Driscoll–Kraay-type inference where justified).</w:t>
      </w:r>
    </w:p>
    <w:p w14:paraId="10033FF1" w14:textId="77777777" w:rsidR="00756632" w:rsidRDefault="00000000">
      <w:pPr>
        <w:spacing w:after="100"/>
      </w:pPr>
      <w:r>
        <w:rPr>
          <w:b/>
        </w:rPr>
        <w:t>4. RESULTS AND DISCUSSION</w:t>
      </w:r>
    </w:p>
    <w:p w14:paraId="67B8C2DC" w14:textId="77777777" w:rsidR="00756632" w:rsidRDefault="00000000">
      <w:pPr>
        <w:spacing w:after="100"/>
      </w:pPr>
      <w:r>
        <w:rPr>
          <w:b/>
        </w:rPr>
        <w:t>4.1 Descriptive Statistics</w:t>
      </w:r>
    </w:p>
    <w:p w14:paraId="3618689C" w14:textId="77777777" w:rsidR="0043110A" w:rsidRDefault="00000000">
      <w:pPr>
        <w:pStyle w:val="Caption"/>
        <w:keepNext/>
        <w:spacing w:after="0"/>
      </w:pPr>
      <w:r>
        <w:rPr>
          <w:highlight w:val="yellow"/>
        </w:rPr>
        <w:t>Table 2. Summary Statistics of the Study Variables</w:t>
      </w:r>
    </w:p>
    <w:tbl>
      <w:tblPr>
        <w:tblStyle w:val="TableGrid"/>
        <w:tblW w:w="0" w:type="auto"/>
        <w:jc w:val="center"/>
        <w:tblLook w:val="04A0" w:firstRow="1" w:lastRow="0" w:firstColumn="1" w:lastColumn="0" w:noHBand="0" w:noVBand="1"/>
      </w:tblPr>
      <w:tblGrid>
        <w:gridCol w:w="1656"/>
        <w:gridCol w:w="1656"/>
        <w:gridCol w:w="1656"/>
        <w:gridCol w:w="1656"/>
        <w:gridCol w:w="1656"/>
        <w:gridCol w:w="1656"/>
      </w:tblGrid>
      <w:tr w:rsidR="00756632" w14:paraId="39F55AE4" w14:textId="77777777">
        <w:trPr>
          <w:jc w:val="center"/>
        </w:trPr>
        <w:tc>
          <w:tcPr>
            <w:tcW w:w="1656" w:type="dxa"/>
            <w:vAlign w:val="center"/>
          </w:tcPr>
          <w:p w14:paraId="6171F7B8" w14:textId="77777777" w:rsidR="00756632" w:rsidRDefault="00000000">
            <w:r>
              <w:rPr>
                <w:b/>
                <w:sz w:val="18"/>
              </w:rPr>
              <w:t>Statistic</w:t>
            </w:r>
          </w:p>
        </w:tc>
        <w:tc>
          <w:tcPr>
            <w:tcW w:w="1656" w:type="dxa"/>
            <w:vAlign w:val="center"/>
          </w:tcPr>
          <w:p w14:paraId="6C393FE2" w14:textId="77777777" w:rsidR="00756632" w:rsidRDefault="00000000">
            <w:r>
              <w:rPr>
                <w:b/>
                <w:sz w:val="18"/>
              </w:rPr>
              <w:t>FIRE</w:t>
            </w:r>
          </w:p>
        </w:tc>
        <w:tc>
          <w:tcPr>
            <w:tcW w:w="1656" w:type="dxa"/>
            <w:vAlign w:val="center"/>
          </w:tcPr>
          <w:p w14:paraId="6B54AC79" w14:textId="77777777" w:rsidR="00756632" w:rsidRDefault="00000000">
            <w:r>
              <w:rPr>
                <w:b/>
                <w:sz w:val="18"/>
              </w:rPr>
              <w:t>FINR</w:t>
            </w:r>
          </w:p>
        </w:tc>
        <w:tc>
          <w:tcPr>
            <w:tcW w:w="1656" w:type="dxa"/>
            <w:vAlign w:val="center"/>
          </w:tcPr>
          <w:p w14:paraId="2A698309" w14:textId="77777777" w:rsidR="00756632" w:rsidRDefault="00000000">
            <w:r>
              <w:rPr>
                <w:b/>
                <w:sz w:val="18"/>
              </w:rPr>
              <w:t>ASSR</w:t>
            </w:r>
          </w:p>
        </w:tc>
        <w:tc>
          <w:tcPr>
            <w:tcW w:w="1656" w:type="dxa"/>
            <w:vAlign w:val="center"/>
          </w:tcPr>
          <w:p w14:paraId="2CD4CB75" w14:textId="77777777" w:rsidR="00756632" w:rsidRDefault="00000000">
            <w:r>
              <w:rPr>
                <w:b/>
                <w:sz w:val="18"/>
              </w:rPr>
              <w:t>OPR</w:t>
            </w:r>
          </w:p>
        </w:tc>
        <w:tc>
          <w:tcPr>
            <w:tcW w:w="1656" w:type="dxa"/>
            <w:vAlign w:val="center"/>
          </w:tcPr>
          <w:p w14:paraId="7A8E2383" w14:textId="77777777" w:rsidR="00756632" w:rsidRDefault="00000000">
            <w:r>
              <w:rPr>
                <w:b/>
                <w:sz w:val="18"/>
              </w:rPr>
              <w:t>CAR</w:t>
            </w:r>
          </w:p>
        </w:tc>
      </w:tr>
      <w:tr w:rsidR="00756632" w14:paraId="6AC5A4EE" w14:textId="77777777">
        <w:trPr>
          <w:jc w:val="center"/>
        </w:trPr>
        <w:tc>
          <w:tcPr>
            <w:tcW w:w="1656" w:type="dxa"/>
            <w:vAlign w:val="center"/>
          </w:tcPr>
          <w:p w14:paraId="14ACB1E0" w14:textId="77777777" w:rsidR="00756632" w:rsidRDefault="00000000">
            <w:r>
              <w:rPr>
                <w:sz w:val="18"/>
              </w:rPr>
              <w:t>Mean</w:t>
            </w:r>
          </w:p>
        </w:tc>
        <w:tc>
          <w:tcPr>
            <w:tcW w:w="1656" w:type="dxa"/>
            <w:vAlign w:val="center"/>
          </w:tcPr>
          <w:p w14:paraId="40309812" w14:textId="77777777" w:rsidR="00756632" w:rsidRDefault="00000000">
            <w:r>
              <w:rPr>
                <w:sz w:val="18"/>
              </w:rPr>
              <w:t>0.467081</w:t>
            </w:r>
          </w:p>
        </w:tc>
        <w:tc>
          <w:tcPr>
            <w:tcW w:w="1656" w:type="dxa"/>
            <w:vAlign w:val="center"/>
          </w:tcPr>
          <w:p w14:paraId="2346BF23" w14:textId="77777777" w:rsidR="00756632" w:rsidRDefault="00000000">
            <w:r>
              <w:rPr>
                <w:sz w:val="18"/>
              </w:rPr>
              <w:t>0.443085</w:t>
            </w:r>
          </w:p>
        </w:tc>
        <w:tc>
          <w:tcPr>
            <w:tcW w:w="1656" w:type="dxa"/>
            <w:vAlign w:val="center"/>
          </w:tcPr>
          <w:p w14:paraId="6C1F57F6" w14:textId="77777777" w:rsidR="00756632" w:rsidRDefault="00000000">
            <w:r>
              <w:rPr>
                <w:sz w:val="18"/>
              </w:rPr>
              <w:t>0.098442</w:t>
            </w:r>
          </w:p>
        </w:tc>
        <w:tc>
          <w:tcPr>
            <w:tcW w:w="1656" w:type="dxa"/>
            <w:vAlign w:val="center"/>
          </w:tcPr>
          <w:p w14:paraId="097E65B1" w14:textId="77777777" w:rsidR="00756632" w:rsidRDefault="00000000">
            <w:r>
              <w:rPr>
                <w:sz w:val="18"/>
              </w:rPr>
              <w:t>0.375014</w:t>
            </w:r>
          </w:p>
        </w:tc>
        <w:tc>
          <w:tcPr>
            <w:tcW w:w="1656" w:type="dxa"/>
            <w:vAlign w:val="center"/>
          </w:tcPr>
          <w:p w14:paraId="510FEB60" w14:textId="77777777" w:rsidR="00756632" w:rsidRDefault="00000000">
            <w:r>
              <w:rPr>
                <w:sz w:val="18"/>
              </w:rPr>
              <w:t>0.196254</w:t>
            </w:r>
          </w:p>
        </w:tc>
      </w:tr>
      <w:tr w:rsidR="00756632" w14:paraId="1AA1C4F1" w14:textId="77777777">
        <w:trPr>
          <w:jc w:val="center"/>
        </w:trPr>
        <w:tc>
          <w:tcPr>
            <w:tcW w:w="1656" w:type="dxa"/>
            <w:vAlign w:val="center"/>
          </w:tcPr>
          <w:p w14:paraId="3B551D3F" w14:textId="77777777" w:rsidR="00756632" w:rsidRDefault="00000000">
            <w:r>
              <w:rPr>
                <w:sz w:val="18"/>
              </w:rPr>
              <w:t>Median</w:t>
            </w:r>
          </w:p>
        </w:tc>
        <w:tc>
          <w:tcPr>
            <w:tcW w:w="1656" w:type="dxa"/>
            <w:vAlign w:val="center"/>
          </w:tcPr>
          <w:p w14:paraId="4B4FCB2F" w14:textId="77777777" w:rsidR="00756632" w:rsidRDefault="00000000">
            <w:r>
              <w:rPr>
                <w:sz w:val="18"/>
              </w:rPr>
              <w:t>0.367250</w:t>
            </w:r>
          </w:p>
        </w:tc>
        <w:tc>
          <w:tcPr>
            <w:tcW w:w="1656" w:type="dxa"/>
            <w:vAlign w:val="center"/>
          </w:tcPr>
          <w:p w14:paraId="4F32A6FC" w14:textId="77777777" w:rsidR="00756632" w:rsidRDefault="00000000">
            <w:r>
              <w:rPr>
                <w:sz w:val="18"/>
              </w:rPr>
              <w:t>0.287650</w:t>
            </w:r>
          </w:p>
        </w:tc>
        <w:tc>
          <w:tcPr>
            <w:tcW w:w="1656" w:type="dxa"/>
            <w:vAlign w:val="center"/>
          </w:tcPr>
          <w:p w14:paraId="653CF460" w14:textId="77777777" w:rsidR="00756632" w:rsidRDefault="00000000">
            <w:r>
              <w:rPr>
                <w:sz w:val="18"/>
              </w:rPr>
              <w:t>0.049600</w:t>
            </w:r>
          </w:p>
        </w:tc>
        <w:tc>
          <w:tcPr>
            <w:tcW w:w="1656" w:type="dxa"/>
            <w:vAlign w:val="center"/>
          </w:tcPr>
          <w:p w14:paraId="6E77F71D" w14:textId="77777777" w:rsidR="00756632" w:rsidRDefault="00000000">
            <w:r>
              <w:rPr>
                <w:sz w:val="18"/>
              </w:rPr>
              <w:t>0.330900</w:t>
            </w:r>
          </w:p>
        </w:tc>
        <w:tc>
          <w:tcPr>
            <w:tcW w:w="1656" w:type="dxa"/>
            <w:vAlign w:val="center"/>
          </w:tcPr>
          <w:p w14:paraId="0B50177D" w14:textId="77777777" w:rsidR="00756632" w:rsidRDefault="00000000">
            <w:r>
              <w:rPr>
                <w:sz w:val="18"/>
              </w:rPr>
              <w:t>0.181050</w:t>
            </w:r>
          </w:p>
        </w:tc>
      </w:tr>
      <w:tr w:rsidR="00756632" w14:paraId="573E9EFE" w14:textId="77777777">
        <w:trPr>
          <w:jc w:val="center"/>
        </w:trPr>
        <w:tc>
          <w:tcPr>
            <w:tcW w:w="1656" w:type="dxa"/>
            <w:vAlign w:val="center"/>
          </w:tcPr>
          <w:p w14:paraId="4B0D23AC" w14:textId="77777777" w:rsidR="00756632" w:rsidRDefault="00000000">
            <w:r>
              <w:rPr>
                <w:sz w:val="18"/>
              </w:rPr>
              <w:t>Maximum</w:t>
            </w:r>
          </w:p>
        </w:tc>
        <w:tc>
          <w:tcPr>
            <w:tcW w:w="1656" w:type="dxa"/>
            <w:vAlign w:val="center"/>
          </w:tcPr>
          <w:p w14:paraId="521E5A52" w14:textId="77777777" w:rsidR="00756632" w:rsidRDefault="00000000">
            <w:r>
              <w:rPr>
                <w:sz w:val="18"/>
              </w:rPr>
              <w:t>0.982900</w:t>
            </w:r>
          </w:p>
        </w:tc>
        <w:tc>
          <w:tcPr>
            <w:tcW w:w="1656" w:type="dxa"/>
            <w:vAlign w:val="center"/>
          </w:tcPr>
          <w:p w14:paraId="717BD7A6" w14:textId="77777777" w:rsidR="00756632" w:rsidRDefault="00000000">
            <w:r>
              <w:rPr>
                <w:sz w:val="18"/>
              </w:rPr>
              <w:t>1.702200</w:t>
            </w:r>
          </w:p>
        </w:tc>
        <w:tc>
          <w:tcPr>
            <w:tcW w:w="1656" w:type="dxa"/>
            <w:vAlign w:val="center"/>
          </w:tcPr>
          <w:p w14:paraId="370CEFAB" w14:textId="77777777" w:rsidR="00756632" w:rsidRDefault="00000000">
            <w:r>
              <w:rPr>
                <w:sz w:val="18"/>
              </w:rPr>
              <w:t>0.488900</w:t>
            </w:r>
          </w:p>
        </w:tc>
        <w:tc>
          <w:tcPr>
            <w:tcW w:w="1656" w:type="dxa"/>
            <w:vAlign w:val="center"/>
          </w:tcPr>
          <w:p w14:paraId="06535069" w14:textId="77777777" w:rsidR="00756632" w:rsidRDefault="00000000">
            <w:r>
              <w:rPr>
                <w:sz w:val="18"/>
              </w:rPr>
              <w:t>0.927600</w:t>
            </w:r>
          </w:p>
        </w:tc>
        <w:tc>
          <w:tcPr>
            <w:tcW w:w="1656" w:type="dxa"/>
            <w:vAlign w:val="center"/>
          </w:tcPr>
          <w:p w14:paraId="45408517" w14:textId="77777777" w:rsidR="00756632" w:rsidRDefault="00000000">
            <w:r>
              <w:rPr>
                <w:sz w:val="18"/>
              </w:rPr>
              <w:t>0.707900</w:t>
            </w:r>
          </w:p>
        </w:tc>
      </w:tr>
      <w:tr w:rsidR="00756632" w14:paraId="790DB6BC" w14:textId="77777777">
        <w:trPr>
          <w:jc w:val="center"/>
        </w:trPr>
        <w:tc>
          <w:tcPr>
            <w:tcW w:w="1656" w:type="dxa"/>
            <w:vAlign w:val="center"/>
          </w:tcPr>
          <w:p w14:paraId="186655BC" w14:textId="77777777" w:rsidR="00756632" w:rsidRDefault="00000000">
            <w:r>
              <w:rPr>
                <w:sz w:val="18"/>
              </w:rPr>
              <w:t>Minimum</w:t>
            </w:r>
          </w:p>
        </w:tc>
        <w:tc>
          <w:tcPr>
            <w:tcW w:w="1656" w:type="dxa"/>
            <w:vAlign w:val="center"/>
          </w:tcPr>
          <w:p w14:paraId="28F3D082" w14:textId="77777777" w:rsidR="00756632" w:rsidRDefault="00000000">
            <w:r>
              <w:rPr>
                <w:sz w:val="18"/>
              </w:rPr>
              <w:t>−0.010600</w:t>
            </w:r>
          </w:p>
        </w:tc>
        <w:tc>
          <w:tcPr>
            <w:tcW w:w="1656" w:type="dxa"/>
            <w:vAlign w:val="center"/>
          </w:tcPr>
          <w:p w14:paraId="2C92E272" w14:textId="77777777" w:rsidR="00756632" w:rsidRDefault="00000000">
            <w:r>
              <w:rPr>
                <w:sz w:val="18"/>
              </w:rPr>
              <w:t>−0.049400</w:t>
            </w:r>
          </w:p>
        </w:tc>
        <w:tc>
          <w:tcPr>
            <w:tcW w:w="1656" w:type="dxa"/>
            <w:vAlign w:val="center"/>
          </w:tcPr>
          <w:p w14:paraId="1A05F360" w14:textId="77777777" w:rsidR="00756632" w:rsidRDefault="00000000">
            <w:r>
              <w:rPr>
                <w:sz w:val="18"/>
              </w:rPr>
              <w:t>0.000900</w:t>
            </w:r>
          </w:p>
        </w:tc>
        <w:tc>
          <w:tcPr>
            <w:tcW w:w="1656" w:type="dxa"/>
            <w:vAlign w:val="center"/>
          </w:tcPr>
          <w:p w14:paraId="71567A0C" w14:textId="77777777" w:rsidR="00756632" w:rsidRDefault="00000000">
            <w:r>
              <w:rPr>
                <w:sz w:val="18"/>
              </w:rPr>
              <w:t>0.007500</w:t>
            </w:r>
          </w:p>
        </w:tc>
        <w:tc>
          <w:tcPr>
            <w:tcW w:w="1656" w:type="dxa"/>
            <w:vAlign w:val="center"/>
          </w:tcPr>
          <w:p w14:paraId="1D9505D6" w14:textId="77777777" w:rsidR="00756632" w:rsidRDefault="00000000">
            <w:r>
              <w:rPr>
                <w:sz w:val="18"/>
              </w:rPr>
              <w:t>0.100200</w:t>
            </w:r>
          </w:p>
        </w:tc>
      </w:tr>
      <w:tr w:rsidR="00756632" w14:paraId="4DFBF0B3" w14:textId="77777777">
        <w:trPr>
          <w:jc w:val="center"/>
        </w:trPr>
        <w:tc>
          <w:tcPr>
            <w:tcW w:w="1656" w:type="dxa"/>
            <w:vAlign w:val="center"/>
          </w:tcPr>
          <w:p w14:paraId="1E283BE4" w14:textId="77777777" w:rsidR="00756632" w:rsidRDefault="00000000">
            <w:r>
              <w:rPr>
                <w:sz w:val="18"/>
              </w:rPr>
              <w:t>Std. Dev.</w:t>
            </w:r>
          </w:p>
        </w:tc>
        <w:tc>
          <w:tcPr>
            <w:tcW w:w="1656" w:type="dxa"/>
            <w:vAlign w:val="center"/>
          </w:tcPr>
          <w:p w14:paraId="088E5B65" w14:textId="77777777" w:rsidR="00756632" w:rsidRDefault="00000000">
            <w:r>
              <w:rPr>
                <w:sz w:val="18"/>
              </w:rPr>
              <w:t>0.205381</w:t>
            </w:r>
          </w:p>
        </w:tc>
        <w:tc>
          <w:tcPr>
            <w:tcW w:w="1656" w:type="dxa"/>
            <w:vAlign w:val="center"/>
          </w:tcPr>
          <w:p w14:paraId="5854E2B1" w14:textId="77777777" w:rsidR="00756632" w:rsidRDefault="00000000">
            <w:r>
              <w:rPr>
                <w:sz w:val="18"/>
              </w:rPr>
              <w:t>0.396579</w:t>
            </w:r>
          </w:p>
        </w:tc>
        <w:tc>
          <w:tcPr>
            <w:tcW w:w="1656" w:type="dxa"/>
            <w:vAlign w:val="center"/>
          </w:tcPr>
          <w:p w14:paraId="4B89988F" w14:textId="77777777" w:rsidR="00756632" w:rsidRDefault="00000000">
            <w:r>
              <w:rPr>
                <w:sz w:val="18"/>
              </w:rPr>
              <w:t>0.010846</w:t>
            </w:r>
          </w:p>
        </w:tc>
        <w:tc>
          <w:tcPr>
            <w:tcW w:w="1656" w:type="dxa"/>
            <w:vAlign w:val="center"/>
          </w:tcPr>
          <w:p w14:paraId="78AE943E" w14:textId="77777777" w:rsidR="00756632" w:rsidRDefault="00000000">
            <w:r>
              <w:rPr>
                <w:sz w:val="18"/>
              </w:rPr>
              <w:t>0.261591</w:t>
            </w:r>
          </w:p>
        </w:tc>
        <w:tc>
          <w:tcPr>
            <w:tcW w:w="1656" w:type="dxa"/>
            <w:vAlign w:val="center"/>
          </w:tcPr>
          <w:p w14:paraId="5C79F6BF" w14:textId="77777777" w:rsidR="00756632" w:rsidRDefault="00000000">
            <w:r>
              <w:rPr>
                <w:sz w:val="18"/>
              </w:rPr>
              <w:t>0.082557</w:t>
            </w:r>
          </w:p>
        </w:tc>
      </w:tr>
      <w:tr w:rsidR="00756632" w14:paraId="0ED56506" w14:textId="77777777">
        <w:trPr>
          <w:jc w:val="center"/>
        </w:trPr>
        <w:tc>
          <w:tcPr>
            <w:tcW w:w="1656" w:type="dxa"/>
            <w:vAlign w:val="center"/>
          </w:tcPr>
          <w:p w14:paraId="554DF1C5" w14:textId="77777777" w:rsidR="00756632" w:rsidRDefault="00000000">
            <w:r>
              <w:rPr>
                <w:sz w:val="18"/>
              </w:rPr>
              <w:t>Skewness</w:t>
            </w:r>
          </w:p>
        </w:tc>
        <w:tc>
          <w:tcPr>
            <w:tcW w:w="1656" w:type="dxa"/>
            <w:vAlign w:val="center"/>
          </w:tcPr>
          <w:p w14:paraId="2A40FE3D" w14:textId="77777777" w:rsidR="00756632" w:rsidRDefault="00000000">
            <w:r>
              <w:rPr>
                <w:sz w:val="18"/>
              </w:rPr>
              <w:t>0.826738</w:t>
            </w:r>
          </w:p>
        </w:tc>
        <w:tc>
          <w:tcPr>
            <w:tcW w:w="1656" w:type="dxa"/>
            <w:vAlign w:val="center"/>
          </w:tcPr>
          <w:p w14:paraId="1A6644AD" w14:textId="77777777" w:rsidR="00756632" w:rsidRDefault="00000000">
            <w:r>
              <w:rPr>
                <w:sz w:val="18"/>
              </w:rPr>
              <w:t>0.978419</w:t>
            </w:r>
          </w:p>
        </w:tc>
        <w:tc>
          <w:tcPr>
            <w:tcW w:w="1656" w:type="dxa"/>
            <w:vAlign w:val="center"/>
          </w:tcPr>
          <w:p w14:paraId="60656482" w14:textId="77777777" w:rsidR="00756632" w:rsidRDefault="00000000">
            <w:r>
              <w:rPr>
                <w:sz w:val="18"/>
              </w:rPr>
              <w:t>1.532285</w:t>
            </w:r>
          </w:p>
        </w:tc>
        <w:tc>
          <w:tcPr>
            <w:tcW w:w="1656" w:type="dxa"/>
            <w:vAlign w:val="center"/>
          </w:tcPr>
          <w:p w14:paraId="2CCDA9E4" w14:textId="77777777" w:rsidR="00756632" w:rsidRDefault="00000000">
            <w:r>
              <w:rPr>
                <w:sz w:val="18"/>
              </w:rPr>
              <w:t>0.508576</w:t>
            </w:r>
          </w:p>
        </w:tc>
        <w:tc>
          <w:tcPr>
            <w:tcW w:w="1656" w:type="dxa"/>
            <w:vAlign w:val="center"/>
          </w:tcPr>
          <w:p w14:paraId="68FB616C" w14:textId="77777777" w:rsidR="00756632" w:rsidRDefault="00000000">
            <w:r>
              <w:rPr>
                <w:sz w:val="18"/>
              </w:rPr>
              <w:t>2.962635</w:t>
            </w:r>
          </w:p>
        </w:tc>
      </w:tr>
      <w:tr w:rsidR="00756632" w14:paraId="1225137D" w14:textId="77777777">
        <w:trPr>
          <w:jc w:val="center"/>
        </w:trPr>
        <w:tc>
          <w:tcPr>
            <w:tcW w:w="1656" w:type="dxa"/>
            <w:vAlign w:val="center"/>
          </w:tcPr>
          <w:p w14:paraId="2B91432A" w14:textId="77777777" w:rsidR="00756632" w:rsidRDefault="00000000">
            <w:r>
              <w:rPr>
                <w:sz w:val="18"/>
              </w:rPr>
              <w:t>Kurtosis</w:t>
            </w:r>
          </w:p>
        </w:tc>
        <w:tc>
          <w:tcPr>
            <w:tcW w:w="1656" w:type="dxa"/>
            <w:vAlign w:val="center"/>
          </w:tcPr>
          <w:p w14:paraId="7ECA6DA2" w14:textId="77777777" w:rsidR="00756632" w:rsidRDefault="00000000">
            <w:r>
              <w:rPr>
                <w:sz w:val="18"/>
              </w:rPr>
              <w:t>2.633513</w:t>
            </w:r>
          </w:p>
        </w:tc>
        <w:tc>
          <w:tcPr>
            <w:tcW w:w="1656" w:type="dxa"/>
            <w:vAlign w:val="center"/>
          </w:tcPr>
          <w:p w14:paraId="36DCD5B7" w14:textId="77777777" w:rsidR="00756632" w:rsidRDefault="00000000">
            <w:r>
              <w:rPr>
                <w:sz w:val="18"/>
              </w:rPr>
              <w:t>2.202792</w:t>
            </w:r>
          </w:p>
        </w:tc>
        <w:tc>
          <w:tcPr>
            <w:tcW w:w="1656" w:type="dxa"/>
            <w:vAlign w:val="center"/>
          </w:tcPr>
          <w:p w14:paraId="50FF9CAE" w14:textId="77777777" w:rsidR="00756632" w:rsidRDefault="00000000">
            <w:r>
              <w:rPr>
                <w:sz w:val="18"/>
              </w:rPr>
              <w:t>2.140854</w:t>
            </w:r>
          </w:p>
        </w:tc>
        <w:tc>
          <w:tcPr>
            <w:tcW w:w="1656" w:type="dxa"/>
            <w:vAlign w:val="center"/>
          </w:tcPr>
          <w:p w14:paraId="792A98D2" w14:textId="77777777" w:rsidR="00756632" w:rsidRDefault="00000000">
            <w:r>
              <w:rPr>
                <w:sz w:val="18"/>
              </w:rPr>
              <w:t>2.146457</w:t>
            </w:r>
          </w:p>
        </w:tc>
        <w:tc>
          <w:tcPr>
            <w:tcW w:w="1656" w:type="dxa"/>
            <w:vAlign w:val="center"/>
          </w:tcPr>
          <w:p w14:paraId="7235B9C8" w14:textId="77777777" w:rsidR="00756632" w:rsidRDefault="00000000">
            <w:r>
              <w:rPr>
                <w:sz w:val="18"/>
              </w:rPr>
              <w:t>1.051636</w:t>
            </w:r>
          </w:p>
        </w:tc>
      </w:tr>
      <w:tr w:rsidR="00756632" w14:paraId="3FAACFD3" w14:textId="77777777">
        <w:trPr>
          <w:jc w:val="center"/>
        </w:trPr>
        <w:tc>
          <w:tcPr>
            <w:tcW w:w="1656" w:type="dxa"/>
            <w:vAlign w:val="center"/>
          </w:tcPr>
          <w:p w14:paraId="33695031" w14:textId="77777777" w:rsidR="00756632" w:rsidRDefault="00000000">
            <w:r>
              <w:rPr>
                <w:sz w:val="18"/>
              </w:rPr>
              <w:t>Jarque–Bera p-value</w:t>
            </w:r>
          </w:p>
        </w:tc>
        <w:tc>
          <w:tcPr>
            <w:tcW w:w="1656" w:type="dxa"/>
            <w:vAlign w:val="center"/>
          </w:tcPr>
          <w:p w14:paraId="6A3640F7" w14:textId="77777777" w:rsidR="00756632" w:rsidRDefault="00000000">
            <w:r>
              <w:rPr>
                <w:sz w:val="18"/>
              </w:rPr>
              <w:t>0.253736</w:t>
            </w:r>
          </w:p>
        </w:tc>
        <w:tc>
          <w:tcPr>
            <w:tcW w:w="1656" w:type="dxa"/>
            <w:vAlign w:val="center"/>
          </w:tcPr>
          <w:p w14:paraId="3E67236A" w14:textId="77777777" w:rsidR="00756632" w:rsidRDefault="00000000">
            <w:r>
              <w:rPr>
                <w:sz w:val="18"/>
              </w:rPr>
              <w:t>0.299107</w:t>
            </w:r>
          </w:p>
        </w:tc>
        <w:tc>
          <w:tcPr>
            <w:tcW w:w="1656" w:type="dxa"/>
            <w:vAlign w:val="center"/>
          </w:tcPr>
          <w:p w14:paraId="15C671A0" w14:textId="77777777" w:rsidR="00756632" w:rsidRDefault="00000000">
            <w:r>
              <w:rPr>
                <w:sz w:val="18"/>
              </w:rPr>
              <w:t>0.254862</w:t>
            </w:r>
          </w:p>
        </w:tc>
        <w:tc>
          <w:tcPr>
            <w:tcW w:w="1656" w:type="dxa"/>
            <w:vAlign w:val="center"/>
          </w:tcPr>
          <w:p w14:paraId="7901D1FA" w14:textId="77777777" w:rsidR="00756632" w:rsidRDefault="00000000">
            <w:r>
              <w:rPr>
                <w:sz w:val="18"/>
              </w:rPr>
              <w:t>0.253736</w:t>
            </w:r>
          </w:p>
        </w:tc>
        <w:tc>
          <w:tcPr>
            <w:tcW w:w="1656" w:type="dxa"/>
            <w:vAlign w:val="center"/>
          </w:tcPr>
          <w:p w14:paraId="55E14F44" w14:textId="77777777" w:rsidR="00756632" w:rsidRDefault="00000000">
            <w:r>
              <w:rPr>
                <w:sz w:val="18"/>
              </w:rPr>
              <w:t>0.147613</w:t>
            </w:r>
          </w:p>
        </w:tc>
      </w:tr>
      <w:tr w:rsidR="00756632" w14:paraId="56E0700B" w14:textId="77777777">
        <w:trPr>
          <w:jc w:val="center"/>
        </w:trPr>
        <w:tc>
          <w:tcPr>
            <w:tcW w:w="1656" w:type="dxa"/>
            <w:vAlign w:val="center"/>
          </w:tcPr>
          <w:p w14:paraId="16F3AF9E" w14:textId="77777777" w:rsidR="00756632" w:rsidRDefault="00000000">
            <w:r>
              <w:rPr>
                <w:sz w:val="18"/>
              </w:rPr>
              <w:t>Observations</w:t>
            </w:r>
          </w:p>
        </w:tc>
        <w:tc>
          <w:tcPr>
            <w:tcW w:w="1656" w:type="dxa"/>
            <w:vAlign w:val="center"/>
          </w:tcPr>
          <w:p w14:paraId="1DA4EB56" w14:textId="77777777" w:rsidR="00756632" w:rsidRDefault="00000000">
            <w:r>
              <w:rPr>
                <w:sz w:val="18"/>
              </w:rPr>
              <w:t>112</w:t>
            </w:r>
          </w:p>
        </w:tc>
        <w:tc>
          <w:tcPr>
            <w:tcW w:w="1656" w:type="dxa"/>
            <w:vAlign w:val="center"/>
          </w:tcPr>
          <w:p w14:paraId="5AE4F8CA" w14:textId="77777777" w:rsidR="00756632" w:rsidRDefault="00000000">
            <w:r>
              <w:rPr>
                <w:sz w:val="18"/>
              </w:rPr>
              <w:t>112</w:t>
            </w:r>
          </w:p>
        </w:tc>
        <w:tc>
          <w:tcPr>
            <w:tcW w:w="1656" w:type="dxa"/>
            <w:vAlign w:val="center"/>
          </w:tcPr>
          <w:p w14:paraId="1D294037" w14:textId="77777777" w:rsidR="00756632" w:rsidRDefault="00000000">
            <w:r>
              <w:rPr>
                <w:sz w:val="18"/>
              </w:rPr>
              <w:t>112</w:t>
            </w:r>
          </w:p>
        </w:tc>
        <w:tc>
          <w:tcPr>
            <w:tcW w:w="1656" w:type="dxa"/>
            <w:vAlign w:val="center"/>
          </w:tcPr>
          <w:p w14:paraId="529147DC" w14:textId="77777777" w:rsidR="00756632" w:rsidRDefault="00000000">
            <w:r>
              <w:rPr>
                <w:sz w:val="18"/>
              </w:rPr>
              <w:t>112</w:t>
            </w:r>
          </w:p>
        </w:tc>
        <w:tc>
          <w:tcPr>
            <w:tcW w:w="1656" w:type="dxa"/>
            <w:vAlign w:val="center"/>
          </w:tcPr>
          <w:p w14:paraId="2A7EA082" w14:textId="77777777" w:rsidR="00756632" w:rsidRDefault="00000000">
            <w:r>
              <w:rPr>
                <w:sz w:val="18"/>
              </w:rPr>
              <w:t>112</w:t>
            </w:r>
          </w:p>
        </w:tc>
      </w:tr>
    </w:tbl>
    <w:p w14:paraId="7B374782" w14:textId="77777777" w:rsidR="00756632" w:rsidRDefault="00756632"/>
    <w:p w14:paraId="12BF4D8D" w14:textId="77777777" w:rsidR="00756632" w:rsidRDefault="00000000">
      <w:pPr>
        <w:spacing w:after="100"/>
      </w:pPr>
      <w:r>
        <w:t>Source: Authors’ computation from EViews 9.0 output.</w:t>
      </w:r>
    </w:p>
    <w:p w14:paraId="500ECF7F" w14:textId="77777777" w:rsidR="00756632" w:rsidRDefault="00000000">
      <w:pPr>
        <w:spacing w:after="100"/>
      </w:pPr>
      <w:r>
        <w:t>The descriptive statistics show variation across banks and years. The standard deviations indicate that FINR and OPR displayed greater dispersion than ASSR and CAR. The Jarque–Bera probabilities exceed 0.05 for all variables; however, normality of the raw variables is not, by itself, a sufficient condition for valid panel-regression inference. The diagnostic and model-selection results are therefore considered alongside the descriptive evidence.</w:t>
      </w:r>
    </w:p>
    <w:p w14:paraId="633B1A98" w14:textId="77777777" w:rsidR="00756632" w:rsidRDefault="00000000">
      <w:pPr>
        <w:spacing w:after="100"/>
      </w:pPr>
      <w:r>
        <w:rPr>
          <w:b/>
        </w:rPr>
        <w:t>4.2 Correlation Analysis</w:t>
      </w:r>
    </w:p>
    <w:p w14:paraId="6D7822CA" w14:textId="77777777" w:rsidR="0043110A" w:rsidRDefault="00000000">
      <w:pPr>
        <w:pStyle w:val="Caption"/>
        <w:keepNext/>
        <w:spacing w:after="0"/>
      </w:pPr>
      <w:r>
        <w:rPr>
          <w:highlight w:val="yellow"/>
        </w:rPr>
        <w:t>Table 3. Pairwise Correlation Matrix for the Study Variables</w:t>
      </w:r>
    </w:p>
    <w:tbl>
      <w:tblPr>
        <w:tblStyle w:val="TableGrid"/>
        <w:tblW w:w="0" w:type="auto"/>
        <w:jc w:val="center"/>
        <w:tblLook w:val="04A0" w:firstRow="1" w:lastRow="0" w:firstColumn="1" w:lastColumn="0" w:noHBand="0" w:noVBand="1"/>
      </w:tblPr>
      <w:tblGrid>
        <w:gridCol w:w="1656"/>
        <w:gridCol w:w="1656"/>
        <w:gridCol w:w="1656"/>
        <w:gridCol w:w="1656"/>
        <w:gridCol w:w="1656"/>
        <w:gridCol w:w="1656"/>
      </w:tblGrid>
      <w:tr w:rsidR="00756632" w14:paraId="6407387C" w14:textId="77777777">
        <w:trPr>
          <w:jc w:val="center"/>
        </w:trPr>
        <w:tc>
          <w:tcPr>
            <w:tcW w:w="1656" w:type="dxa"/>
            <w:vAlign w:val="center"/>
          </w:tcPr>
          <w:p w14:paraId="34DB9CF7" w14:textId="77777777" w:rsidR="00756632" w:rsidRDefault="00000000">
            <w:r>
              <w:rPr>
                <w:b/>
                <w:sz w:val="18"/>
              </w:rPr>
              <w:t>Variable</w:t>
            </w:r>
          </w:p>
        </w:tc>
        <w:tc>
          <w:tcPr>
            <w:tcW w:w="1656" w:type="dxa"/>
            <w:vAlign w:val="center"/>
          </w:tcPr>
          <w:p w14:paraId="682173B0" w14:textId="77777777" w:rsidR="00756632" w:rsidRDefault="00000000">
            <w:r>
              <w:rPr>
                <w:b/>
                <w:sz w:val="18"/>
              </w:rPr>
              <w:t>FIRE</w:t>
            </w:r>
          </w:p>
        </w:tc>
        <w:tc>
          <w:tcPr>
            <w:tcW w:w="1656" w:type="dxa"/>
            <w:vAlign w:val="center"/>
          </w:tcPr>
          <w:p w14:paraId="66601D79" w14:textId="77777777" w:rsidR="00756632" w:rsidRDefault="00000000">
            <w:r>
              <w:rPr>
                <w:b/>
                <w:sz w:val="18"/>
              </w:rPr>
              <w:t>FINR</w:t>
            </w:r>
          </w:p>
        </w:tc>
        <w:tc>
          <w:tcPr>
            <w:tcW w:w="1656" w:type="dxa"/>
            <w:vAlign w:val="center"/>
          </w:tcPr>
          <w:p w14:paraId="10579270" w14:textId="77777777" w:rsidR="00756632" w:rsidRDefault="00000000">
            <w:r>
              <w:rPr>
                <w:b/>
                <w:sz w:val="18"/>
              </w:rPr>
              <w:t>ASSR</w:t>
            </w:r>
          </w:p>
        </w:tc>
        <w:tc>
          <w:tcPr>
            <w:tcW w:w="1656" w:type="dxa"/>
            <w:vAlign w:val="center"/>
          </w:tcPr>
          <w:p w14:paraId="0A99803F" w14:textId="77777777" w:rsidR="00756632" w:rsidRDefault="00000000">
            <w:r>
              <w:rPr>
                <w:b/>
                <w:sz w:val="18"/>
              </w:rPr>
              <w:t>OPR</w:t>
            </w:r>
          </w:p>
        </w:tc>
        <w:tc>
          <w:tcPr>
            <w:tcW w:w="1656" w:type="dxa"/>
            <w:vAlign w:val="center"/>
          </w:tcPr>
          <w:p w14:paraId="3DD9B526" w14:textId="77777777" w:rsidR="00756632" w:rsidRDefault="00000000">
            <w:r>
              <w:rPr>
                <w:b/>
                <w:sz w:val="18"/>
              </w:rPr>
              <w:t>CAR</w:t>
            </w:r>
          </w:p>
        </w:tc>
      </w:tr>
      <w:tr w:rsidR="00756632" w14:paraId="0BC48169" w14:textId="77777777">
        <w:trPr>
          <w:jc w:val="center"/>
        </w:trPr>
        <w:tc>
          <w:tcPr>
            <w:tcW w:w="1656" w:type="dxa"/>
            <w:vAlign w:val="center"/>
          </w:tcPr>
          <w:p w14:paraId="040EEA68" w14:textId="77777777" w:rsidR="00756632" w:rsidRDefault="00000000">
            <w:r>
              <w:rPr>
                <w:sz w:val="18"/>
              </w:rPr>
              <w:t>FIRE</w:t>
            </w:r>
          </w:p>
        </w:tc>
        <w:tc>
          <w:tcPr>
            <w:tcW w:w="1656" w:type="dxa"/>
            <w:vAlign w:val="center"/>
          </w:tcPr>
          <w:p w14:paraId="4B4346D6" w14:textId="77777777" w:rsidR="00756632" w:rsidRDefault="00000000">
            <w:r>
              <w:rPr>
                <w:sz w:val="18"/>
              </w:rPr>
              <w:t>1.000000</w:t>
            </w:r>
          </w:p>
        </w:tc>
        <w:tc>
          <w:tcPr>
            <w:tcW w:w="1656" w:type="dxa"/>
            <w:vAlign w:val="center"/>
          </w:tcPr>
          <w:p w14:paraId="6F015C47" w14:textId="77777777" w:rsidR="00756632" w:rsidRDefault="00756632"/>
        </w:tc>
        <w:tc>
          <w:tcPr>
            <w:tcW w:w="1656" w:type="dxa"/>
            <w:vAlign w:val="center"/>
          </w:tcPr>
          <w:p w14:paraId="223DF626" w14:textId="77777777" w:rsidR="00756632" w:rsidRDefault="00756632"/>
        </w:tc>
        <w:tc>
          <w:tcPr>
            <w:tcW w:w="1656" w:type="dxa"/>
            <w:vAlign w:val="center"/>
          </w:tcPr>
          <w:p w14:paraId="3E18C814" w14:textId="77777777" w:rsidR="00756632" w:rsidRDefault="00756632"/>
        </w:tc>
        <w:tc>
          <w:tcPr>
            <w:tcW w:w="1656" w:type="dxa"/>
            <w:vAlign w:val="center"/>
          </w:tcPr>
          <w:p w14:paraId="57C06A8D" w14:textId="77777777" w:rsidR="00756632" w:rsidRDefault="00756632"/>
        </w:tc>
      </w:tr>
      <w:tr w:rsidR="00756632" w14:paraId="0D338D43" w14:textId="77777777">
        <w:trPr>
          <w:jc w:val="center"/>
        </w:trPr>
        <w:tc>
          <w:tcPr>
            <w:tcW w:w="1656" w:type="dxa"/>
            <w:vAlign w:val="center"/>
          </w:tcPr>
          <w:p w14:paraId="0CA558FD" w14:textId="77777777" w:rsidR="00756632" w:rsidRDefault="00000000">
            <w:r>
              <w:rPr>
                <w:sz w:val="18"/>
              </w:rPr>
              <w:t>FINR</w:t>
            </w:r>
          </w:p>
        </w:tc>
        <w:tc>
          <w:tcPr>
            <w:tcW w:w="1656" w:type="dxa"/>
            <w:vAlign w:val="center"/>
          </w:tcPr>
          <w:p w14:paraId="3E538C18" w14:textId="77777777" w:rsidR="00756632" w:rsidRDefault="00000000">
            <w:r>
              <w:rPr>
                <w:sz w:val="18"/>
              </w:rPr>
              <w:t>−0.529281</w:t>
            </w:r>
          </w:p>
        </w:tc>
        <w:tc>
          <w:tcPr>
            <w:tcW w:w="1656" w:type="dxa"/>
            <w:vAlign w:val="center"/>
          </w:tcPr>
          <w:p w14:paraId="263258AD" w14:textId="77777777" w:rsidR="00756632" w:rsidRDefault="00000000">
            <w:r>
              <w:rPr>
                <w:sz w:val="18"/>
              </w:rPr>
              <w:t>1.000000</w:t>
            </w:r>
          </w:p>
        </w:tc>
        <w:tc>
          <w:tcPr>
            <w:tcW w:w="1656" w:type="dxa"/>
            <w:vAlign w:val="center"/>
          </w:tcPr>
          <w:p w14:paraId="7480A429" w14:textId="77777777" w:rsidR="00756632" w:rsidRDefault="00756632"/>
        </w:tc>
        <w:tc>
          <w:tcPr>
            <w:tcW w:w="1656" w:type="dxa"/>
            <w:vAlign w:val="center"/>
          </w:tcPr>
          <w:p w14:paraId="0626A565" w14:textId="77777777" w:rsidR="00756632" w:rsidRDefault="00756632"/>
        </w:tc>
        <w:tc>
          <w:tcPr>
            <w:tcW w:w="1656" w:type="dxa"/>
            <w:vAlign w:val="center"/>
          </w:tcPr>
          <w:p w14:paraId="13A3C7C5" w14:textId="77777777" w:rsidR="00756632" w:rsidRDefault="00756632"/>
        </w:tc>
      </w:tr>
      <w:tr w:rsidR="00756632" w14:paraId="313DCD0E" w14:textId="77777777">
        <w:trPr>
          <w:jc w:val="center"/>
        </w:trPr>
        <w:tc>
          <w:tcPr>
            <w:tcW w:w="1656" w:type="dxa"/>
            <w:vAlign w:val="center"/>
          </w:tcPr>
          <w:p w14:paraId="0DBEFBC4" w14:textId="77777777" w:rsidR="00756632" w:rsidRDefault="00000000">
            <w:r>
              <w:rPr>
                <w:sz w:val="18"/>
              </w:rPr>
              <w:t>ASSR</w:t>
            </w:r>
          </w:p>
        </w:tc>
        <w:tc>
          <w:tcPr>
            <w:tcW w:w="1656" w:type="dxa"/>
            <w:vAlign w:val="center"/>
          </w:tcPr>
          <w:p w14:paraId="72CD390F" w14:textId="77777777" w:rsidR="00756632" w:rsidRDefault="00000000">
            <w:r>
              <w:rPr>
                <w:sz w:val="18"/>
              </w:rPr>
              <w:t>0.436646</w:t>
            </w:r>
          </w:p>
        </w:tc>
        <w:tc>
          <w:tcPr>
            <w:tcW w:w="1656" w:type="dxa"/>
            <w:vAlign w:val="center"/>
          </w:tcPr>
          <w:p w14:paraId="4612F0C1" w14:textId="77777777" w:rsidR="00756632" w:rsidRDefault="00000000">
            <w:r>
              <w:rPr>
                <w:sz w:val="18"/>
              </w:rPr>
              <w:t>0.240424</w:t>
            </w:r>
          </w:p>
        </w:tc>
        <w:tc>
          <w:tcPr>
            <w:tcW w:w="1656" w:type="dxa"/>
            <w:vAlign w:val="center"/>
          </w:tcPr>
          <w:p w14:paraId="5FAB0323" w14:textId="77777777" w:rsidR="00756632" w:rsidRDefault="00000000">
            <w:r>
              <w:rPr>
                <w:sz w:val="18"/>
              </w:rPr>
              <w:t>1.000000</w:t>
            </w:r>
          </w:p>
        </w:tc>
        <w:tc>
          <w:tcPr>
            <w:tcW w:w="1656" w:type="dxa"/>
            <w:vAlign w:val="center"/>
          </w:tcPr>
          <w:p w14:paraId="3EA44C8D" w14:textId="77777777" w:rsidR="00756632" w:rsidRDefault="00756632"/>
        </w:tc>
        <w:tc>
          <w:tcPr>
            <w:tcW w:w="1656" w:type="dxa"/>
            <w:vAlign w:val="center"/>
          </w:tcPr>
          <w:p w14:paraId="40199A36" w14:textId="77777777" w:rsidR="00756632" w:rsidRDefault="00756632"/>
        </w:tc>
      </w:tr>
      <w:tr w:rsidR="00756632" w14:paraId="4965F8FF" w14:textId="77777777">
        <w:trPr>
          <w:jc w:val="center"/>
        </w:trPr>
        <w:tc>
          <w:tcPr>
            <w:tcW w:w="1656" w:type="dxa"/>
            <w:vAlign w:val="center"/>
          </w:tcPr>
          <w:p w14:paraId="2AF057D9" w14:textId="77777777" w:rsidR="00756632" w:rsidRDefault="00000000">
            <w:r>
              <w:rPr>
                <w:sz w:val="18"/>
              </w:rPr>
              <w:t>OPR</w:t>
            </w:r>
          </w:p>
        </w:tc>
        <w:tc>
          <w:tcPr>
            <w:tcW w:w="1656" w:type="dxa"/>
            <w:vAlign w:val="center"/>
          </w:tcPr>
          <w:p w14:paraId="6166D76D" w14:textId="77777777" w:rsidR="00756632" w:rsidRDefault="00000000">
            <w:r>
              <w:rPr>
                <w:sz w:val="18"/>
              </w:rPr>
              <w:t>−0.398804</w:t>
            </w:r>
          </w:p>
        </w:tc>
        <w:tc>
          <w:tcPr>
            <w:tcW w:w="1656" w:type="dxa"/>
            <w:vAlign w:val="center"/>
          </w:tcPr>
          <w:p w14:paraId="41636842" w14:textId="77777777" w:rsidR="00756632" w:rsidRDefault="00000000">
            <w:r>
              <w:rPr>
                <w:sz w:val="18"/>
              </w:rPr>
              <w:t>0.256768</w:t>
            </w:r>
          </w:p>
        </w:tc>
        <w:tc>
          <w:tcPr>
            <w:tcW w:w="1656" w:type="dxa"/>
            <w:vAlign w:val="center"/>
          </w:tcPr>
          <w:p w14:paraId="1DA388E4" w14:textId="77777777" w:rsidR="00756632" w:rsidRDefault="00000000">
            <w:r>
              <w:rPr>
                <w:sz w:val="18"/>
              </w:rPr>
              <w:t>−0.125121</w:t>
            </w:r>
          </w:p>
        </w:tc>
        <w:tc>
          <w:tcPr>
            <w:tcW w:w="1656" w:type="dxa"/>
            <w:vAlign w:val="center"/>
          </w:tcPr>
          <w:p w14:paraId="25C74F4C" w14:textId="77777777" w:rsidR="00756632" w:rsidRDefault="00000000">
            <w:r>
              <w:rPr>
                <w:sz w:val="18"/>
              </w:rPr>
              <w:t>1.000000</w:t>
            </w:r>
          </w:p>
        </w:tc>
        <w:tc>
          <w:tcPr>
            <w:tcW w:w="1656" w:type="dxa"/>
            <w:vAlign w:val="center"/>
          </w:tcPr>
          <w:p w14:paraId="6A39E07D" w14:textId="77777777" w:rsidR="00756632" w:rsidRDefault="00756632"/>
        </w:tc>
      </w:tr>
      <w:tr w:rsidR="00756632" w14:paraId="47211B15" w14:textId="77777777">
        <w:trPr>
          <w:jc w:val="center"/>
        </w:trPr>
        <w:tc>
          <w:tcPr>
            <w:tcW w:w="1656" w:type="dxa"/>
            <w:vAlign w:val="center"/>
          </w:tcPr>
          <w:p w14:paraId="680E2374" w14:textId="77777777" w:rsidR="00756632" w:rsidRDefault="00000000">
            <w:r>
              <w:rPr>
                <w:sz w:val="18"/>
              </w:rPr>
              <w:t>CAR</w:t>
            </w:r>
          </w:p>
        </w:tc>
        <w:tc>
          <w:tcPr>
            <w:tcW w:w="1656" w:type="dxa"/>
            <w:vAlign w:val="center"/>
          </w:tcPr>
          <w:p w14:paraId="01730AA9" w14:textId="77777777" w:rsidR="00756632" w:rsidRDefault="00000000">
            <w:r>
              <w:rPr>
                <w:sz w:val="18"/>
              </w:rPr>
              <w:t>−0.413070</w:t>
            </w:r>
          </w:p>
        </w:tc>
        <w:tc>
          <w:tcPr>
            <w:tcW w:w="1656" w:type="dxa"/>
            <w:vAlign w:val="center"/>
          </w:tcPr>
          <w:p w14:paraId="356CAFFD" w14:textId="77777777" w:rsidR="00756632" w:rsidRDefault="00000000">
            <w:r>
              <w:rPr>
                <w:sz w:val="18"/>
              </w:rPr>
              <w:t>−0.257239</w:t>
            </w:r>
          </w:p>
        </w:tc>
        <w:tc>
          <w:tcPr>
            <w:tcW w:w="1656" w:type="dxa"/>
            <w:vAlign w:val="center"/>
          </w:tcPr>
          <w:p w14:paraId="25A85867" w14:textId="77777777" w:rsidR="00756632" w:rsidRDefault="00000000">
            <w:r>
              <w:rPr>
                <w:sz w:val="18"/>
              </w:rPr>
              <w:t>−0.154211</w:t>
            </w:r>
          </w:p>
        </w:tc>
        <w:tc>
          <w:tcPr>
            <w:tcW w:w="1656" w:type="dxa"/>
            <w:vAlign w:val="center"/>
          </w:tcPr>
          <w:p w14:paraId="46541E0A" w14:textId="77777777" w:rsidR="00756632" w:rsidRDefault="00000000">
            <w:r>
              <w:rPr>
                <w:sz w:val="18"/>
              </w:rPr>
              <w:t>0.049337</w:t>
            </w:r>
          </w:p>
        </w:tc>
        <w:tc>
          <w:tcPr>
            <w:tcW w:w="1656" w:type="dxa"/>
            <w:vAlign w:val="center"/>
          </w:tcPr>
          <w:p w14:paraId="24114F6F" w14:textId="77777777" w:rsidR="00756632" w:rsidRDefault="00000000">
            <w:r>
              <w:rPr>
                <w:sz w:val="18"/>
              </w:rPr>
              <w:t>1.000000</w:t>
            </w:r>
          </w:p>
        </w:tc>
      </w:tr>
    </w:tbl>
    <w:p w14:paraId="5C18D296" w14:textId="77777777" w:rsidR="00756632" w:rsidRDefault="00756632"/>
    <w:p w14:paraId="3F53BC27" w14:textId="77777777" w:rsidR="00756632" w:rsidRDefault="00000000">
      <w:pPr>
        <w:spacing w:after="100"/>
      </w:pPr>
      <w:r>
        <w:lastRenderedPageBreak/>
        <w:t>Source: Authors’ computation from EViews 9.0 output.</w:t>
      </w:r>
    </w:p>
    <w:p w14:paraId="0A660115" w14:textId="77777777" w:rsidR="00756632" w:rsidRDefault="00000000">
      <w:pPr>
        <w:spacing w:after="100"/>
      </w:pPr>
      <w:r>
        <w:t>FINR, OPR, and CAR are negatively correlated with FIRE, while ASSR is positively correlated with FIRE. Because a higher Z-score denotes greater financial stability, the negative correlations indicate that higher values of FINR, OPR, and CAR are associated descriptively with lower Z-scores, whereas higher ASSR is associated with higher Z-scores. These are bivariate associations and should not be interpreted as causal effects or as evidence that negative correlations improve resilience. The correlations among the explanatory variables are modest, and the VIF results provide additional evidence against harmful multicollinearity.</w:t>
      </w:r>
    </w:p>
    <w:p w14:paraId="06443F1A" w14:textId="77777777" w:rsidR="00756632" w:rsidRDefault="00000000">
      <w:pPr>
        <w:spacing w:after="100"/>
      </w:pPr>
      <w:r>
        <w:rPr>
          <w:b/>
        </w:rPr>
        <w:t>4.3 Multicollinearity Test</w:t>
      </w:r>
    </w:p>
    <w:p w14:paraId="03356BF7" w14:textId="77777777" w:rsidR="0043110A" w:rsidRDefault="00000000">
      <w:pPr>
        <w:pStyle w:val="Caption"/>
        <w:keepNext/>
        <w:spacing w:after="0"/>
      </w:pPr>
      <w:r>
        <w:rPr>
          <w:highlight w:val="yellow"/>
        </w:rPr>
        <w:t>Table 4. Variance Inflation Factors for the Explanatory Variables</w:t>
      </w:r>
    </w:p>
    <w:tbl>
      <w:tblPr>
        <w:tblStyle w:val="TableGrid"/>
        <w:tblW w:w="0" w:type="auto"/>
        <w:jc w:val="center"/>
        <w:tblLook w:val="04A0" w:firstRow="1" w:lastRow="0" w:firstColumn="1" w:lastColumn="0" w:noHBand="0" w:noVBand="1"/>
      </w:tblPr>
      <w:tblGrid>
        <w:gridCol w:w="4968"/>
        <w:gridCol w:w="4968"/>
      </w:tblGrid>
      <w:tr w:rsidR="00756632" w14:paraId="240E6306" w14:textId="77777777">
        <w:trPr>
          <w:jc w:val="center"/>
        </w:trPr>
        <w:tc>
          <w:tcPr>
            <w:tcW w:w="4968" w:type="dxa"/>
            <w:vAlign w:val="center"/>
          </w:tcPr>
          <w:p w14:paraId="337B99F4" w14:textId="77777777" w:rsidR="00756632" w:rsidRDefault="00000000">
            <w:r>
              <w:rPr>
                <w:b/>
                <w:sz w:val="18"/>
              </w:rPr>
              <w:t>Variable</w:t>
            </w:r>
          </w:p>
        </w:tc>
        <w:tc>
          <w:tcPr>
            <w:tcW w:w="4968" w:type="dxa"/>
            <w:vAlign w:val="center"/>
          </w:tcPr>
          <w:p w14:paraId="27CDFA77" w14:textId="77777777" w:rsidR="00756632" w:rsidRDefault="00000000">
            <w:proofErr w:type="spellStart"/>
            <w:r>
              <w:rPr>
                <w:b/>
                <w:sz w:val="18"/>
              </w:rPr>
              <w:t>Centred</w:t>
            </w:r>
            <w:proofErr w:type="spellEnd"/>
            <w:r>
              <w:rPr>
                <w:b/>
                <w:sz w:val="18"/>
              </w:rPr>
              <w:t xml:space="preserve"> VIF</w:t>
            </w:r>
          </w:p>
        </w:tc>
      </w:tr>
      <w:tr w:rsidR="00756632" w14:paraId="6E982FA4" w14:textId="77777777">
        <w:trPr>
          <w:jc w:val="center"/>
        </w:trPr>
        <w:tc>
          <w:tcPr>
            <w:tcW w:w="4968" w:type="dxa"/>
            <w:vAlign w:val="center"/>
          </w:tcPr>
          <w:p w14:paraId="56F9B512" w14:textId="77777777" w:rsidR="00756632" w:rsidRDefault="00000000">
            <w:r>
              <w:rPr>
                <w:sz w:val="18"/>
              </w:rPr>
              <w:t>FINR</w:t>
            </w:r>
          </w:p>
        </w:tc>
        <w:tc>
          <w:tcPr>
            <w:tcW w:w="4968" w:type="dxa"/>
            <w:vAlign w:val="center"/>
          </w:tcPr>
          <w:p w14:paraId="44A44FDA" w14:textId="77777777" w:rsidR="00756632" w:rsidRDefault="00000000">
            <w:r>
              <w:rPr>
                <w:sz w:val="18"/>
              </w:rPr>
              <w:t>1.103701</w:t>
            </w:r>
          </w:p>
        </w:tc>
      </w:tr>
      <w:tr w:rsidR="00756632" w14:paraId="14FB04CF" w14:textId="77777777">
        <w:trPr>
          <w:jc w:val="center"/>
        </w:trPr>
        <w:tc>
          <w:tcPr>
            <w:tcW w:w="4968" w:type="dxa"/>
            <w:vAlign w:val="center"/>
          </w:tcPr>
          <w:p w14:paraId="5F68916D" w14:textId="77777777" w:rsidR="00756632" w:rsidRDefault="00000000">
            <w:r>
              <w:rPr>
                <w:sz w:val="18"/>
              </w:rPr>
              <w:t>ASSR</w:t>
            </w:r>
          </w:p>
        </w:tc>
        <w:tc>
          <w:tcPr>
            <w:tcW w:w="4968" w:type="dxa"/>
            <w:vAlign w:val="center"/>
          </w:tcPr>
          <w:p w14:paraId="499FDD56" w14:textId="77777777" w:rsidR="00756632" w:rsidRDefault="00000000">
            <w:r>
              <w:rPr>
                <w:sz w:val="18"/>
              </w:rPr>
              <w:t>1.113812</w:t>
            </w:r>
          </w:p>
        </w:tc>
      </w:tr>
      <w:tr w:rsidR="00756632" w14:paraId="23126E91" w14:textId="77777777">
        <w:trPr>
          <w:jc w:val="center"/>
        </w:trPr>
        <w:tc>
          <w:tcPr>
            <w:tcW w:w="4968" w:type="dxa"/>
            <w:vAlign w:val="center"/>
          </w:tcPr>
          <w:p w14:paraId="7CF4477F" w14:textId="77777777" w:rsidR="00756632" w:rsidRDefault="00000000">
            <w:r>
              <w:rPr>
                <w:sz w:val="18"/>
              </w:rPr>
              <w:t>OPR</w:t>
            </w:r>
          </w:p>
        </w:tc>
        <w:tc>
          <w:tcPr>
            <w:tcW w:w="4968" w:type="dxa"/>
            <w:vAlign w:val="center"/>
          </w:tcPr>
          <w:p w14:paraId="4267CC39" w14:textId="77777777" w:rsidR="00756632" w:rsidRDefault="00000000">
            <w:r>
              <w:rPr>
                <w:sz w:val="18"/>
              </w:rPr>
              <w:t>1.056968</w:t>
            </w:r>
          </w:p>
        </w:tc>
      </w:tr>
      <w:tr w:rsidR="00756632" w14:paraId="65CFEDAB" w14:textId="77777777">
        <w:trPr>
          <w:jc w:val="center"/>
        </w:trPr>
        <w:tc>
          <w:tcPr>
            <w:tcW w:w="4968" w:type="dxa"/>
            <w:vAlign w:val="center"/>
          </w:tcPr>
          <w:p w14:paraId="15286B93" w14:textId="77777777" w:rsidR="00756632" w:rsidRDefault="00000000">
            <w:r>
              <w:rPr>
                <w:sz w:val="18"/>
              </w:rPr>
              <w:t>CAR</w:t>
            </w:r>
          </w:p>
        </w:tc>
        <w:tc>
          <w:tcPr>
            <w:tcW w:w="4968" w:type="dxa"/>
            <w:vAlign w:val="center"/>
          </w:tcPr>
          <w:p w14:paraId="4AB39109" w14:textId="77777777" w:rsidR="00756632" w:rsidRDefault="00000000">
            <w:r>
              <w:rPr>
                <w:sz w:val="18"/>
              </w:rPr>
              <w:t>1.026099</w:t>
            </w:r>
          </w:p>
        </w:tc>
      </w:tr>
      <w:tr w:rsidR="00756632" w14:paraId="165B3100" w14:textId="77777777">
        <w:trPr>
          <w:jc w:val="center"/>
        </w:trPr>
        <w:tc>
          <w:tcPr>
            <w:tcW w:w="4968" w:type="dxa"/>
            <w:vAlign w:val="center"/>
          </w:tcPr>
          <w:p w14:paraId="74DDAC6F" w14:textId="77777777" w:rsidR="00756632" w:rsidRDefault="00000000">
            <w:r>
              <w:rPr>
                <w:sz w:val="18"/>
              </w:rPr>
              <w:t>Mean VIF</w:t>
            </w:r>
          </w:p>
        </w:tc>
        <w:tc>
          <w:tcPr>
            <w:tcW w:w="4968" w:type="dxa"/>
            <w:vAlign w:val="center"/>
          </w:tcPr>
          <w:p w14:paraId="772D0D11" w14:textId="77777777" w:rsidR="00756632" w:rsidRDefault="00000000">
            <w:r>
              <w:rPr>
                <w:sz w:val="18"/>
              </w:rPr>
              <w:t>1.075145</w:t>
            </w:r>
          </w:p>
        </w:tc>
      </w:tr>
    </w:tbl>
    <w:p w14:paraId="43738F29" w14:textId="77777777" w:rsidR="00756632" w:rsidRDefault="00756632"/>
    <w:p w14:paraId="434800A5" w14:textId="77777777" w:rsidR="00756632" w:rsidRDefault="00000000">
      <w:pPr>
        <w:spacing w:after="100"/>
      </w:pPr>
      <w:r>
        <w:t xml:space="preserve">All </w:t>
      </w:r>
      <w:proofErr w:type="spellStart"/>
      <w:r>
        <w:t>centred</w:t>
      </w:r>
      <w:proofErr w:type="spellEnd"/>
      <w:r>
        <w:t xml:space="preserve"> VIF values are close to one and well below conventional thresholds, indicating that harmful multicollinearity is unlikely to distort the coefficient estimates.</w:t>
      </w:r>
    </w:p>
    <w:p w14:paraId="3C4D913C" w14:textId="77777777" w:rsidR="00756632" w:rsidRDefault="00000000">
      <w:pPr>
        <w:spacing w:after="100"/>
      </w:pPr>
      <w:r>
        <w:rPr>
          <w:b/>
        </w:rPr>
        <w:t>4.4 Model Selection and Cross-Sectional Dependence</w:t>
      </w:r>
    </w:p>
    <w:p w14:paraId="06C975BB" w14:textId="77777777" w:rsidR="0043110A" w:rsidRDefault="00000000">
      <w:pPr>
        <w:pStyle w:val="Caption"/>
        <w:keepNext/>
        <w:spacing w:after="0"/>
      </w:pPr>
      <w:r>
        <w:rPr>
          <w:highlight w:val="yellow"/>
        </w:rPr>
        <w:t>Table 5. Panel Model Selection and Cross-Sectional Dependence Test Results</w:t>
      </w:r>
    </w:p>
    <w:tbl>
      <w:tblPr>
        <w:tblStyle w:val="TableGrid"/>
        <w:tblW w:w="0" w:type="auto"/>
        <w:jc w:val="center"/>
        <w:tblLook w:val="04A0" w:firstRow="1" w:lastRow="0" w:firstColumn="1" w:lastColumn="0" w:noHBand="0" w:noVBand="1"/>
      </w:tblPr>
      <w:tblGrid>
        <w:gridCol w:w="2484"/>
        <w:gridCol w:w="2484"/>
        <w:gridCol w:w="2484"/>
        <w:gridCol w:w="2484"/>
      </w:tblGrid>
      <w:tr w:rsidR="00756632" w14:paraId="422C454F" w14:textId="77777777">
        <w:trPr>
          <w:jc w:val="center"/>
        </w:trPr>
        <w:tc>
          <w:tcPr>
            <w:tcW w:w="2484" w:type="dxa"/>
            <w:vAlign w:val="center"/>
          </w:tcPr>
          <w:p w14:paraId="79B62C9F" w14:textId="77777777" w:rsidR="00756632" w:rsidRDefault="00000000">
            <w:r>
              <w:rPr>
                <w:b/>
                <w:sz w:val="18"/>
              </w:rPr>
              <w:t>Test</w:t>
            </w:r>
          </w:p>
        </w:tc>
        <w:tc>
          <w:tcPr>
            <w:tcW w:w="2484" w:type="dxa"/>
            <w:vAlign w:val="center"/>
          </w:tcPr>
          <w:p w14:paraId="5CDAB79C" w14:textId="77777777" w:rsidR="00756632" w:rsidRDefault="00000000">
            <w:r>
              <w:rPr>
                <w:b/>
                <w:sz w:val="18"/>
              </w:rPr>
              <w:t>Statistic</w:t>
            </w:r>
          </w:p>
        </w:tc>
        <w:tc>
          <w:tcPr>
            <w:tcW w:w="2484" w:type="dxa"/>
            <w:vAlign w:val="center"/>
          </w:tcPr>
          <w:p w14:paraId="4DC2D295" w14:textId="77777777" w:rsidR="00756632" w:rsidRDefault="00000000">
            <w:r>
              <w:rPr>
                <w:b/>
                <w:sz w:val="18"/>
              </w:rPr>
              <w:t>p-value</w:t>
            </w:r>
          </w:p>
        </w:tc>
        <w:tc>
          <w:tcPr>
            <w:tcW w:w="2484" w:type="dxa"/>
            <w:vAlign w:val="center"/>
          </w:tcPr>
          <w:p w14:paraId="46158215" w14:textId="77777777" w:rsidR="00756632" w:rsidRDefault="00000000">
            <w:r>
              <w:rPr>
                <w:b/>
                <w:sz w:val="18"/>
              </w:rPr>
              <w:t>Interpretation</w:t>
            </w:r>
          </w:p>
        </w:tc>
      </w:tr>
      <w:tr w:rsidR="00756632" w14:paraId="512E9451" w14:textId="77777777">
        <w:trPr>
          <w:jc w:val="center"/>
        </w:trPr>
        <w:tc>
          <w:tcPr>
            <w:tcW w:w="2484" w:type="dxa"/>
            <w:vAlign w:val="center"/>
          </w:tcPr>
          <w:p w14:paraId="376BADD5" w14:textId="77777777" w:rsidR="00756632" w:rsidRDefault="00000000">
            <w:r>
              <w:rPr>
                <w:sz w:val="18"/>
              </w:rPr>
              <w:t>Hausman test</w:t>
            </w:r>
          </w:p>
        </w:tc>
        <w:tc>
          <w:tcPr>
            <w:tcW w:w="2484" w:type="dxa"/>
            <w:vAlign w:val="center"/>
          </w:tcPr>
          <w:p w14:paraId="38F89ED1" w14:textId="77777777" w:rsidR="00756632" w:rsidRDefault="00000000">
            <w:r>
              <w:rPr>
                <w:sz w:val="18"/>
              </w:rPr>
              <w:t>1.772583</w:t>
            </w:r>
          </w:p>
        </w:tc>
        <w:tc>
          <w:tcPr>
            <w:tcW w:w="2484" w:type="dxa"/>
            <w:vAlign w:val="center"/>
          </w:tcPr>
          <w:p w14:paraId="34F19AFB" w14:textId="77777777" w:rsidR="00756632" w:rsidRDefault="00000000">
            <w:r>
              <w:rPr>
                <w:sz w:val="18"/>
              </w:rPr>
              <w:t>0.7775</w:t>
            </w:r>
          </w:p>
        </w:tc>
        <w:tc>
          <w:tcPr>
            <w:tcW w:w="2484" w:type="dxa"/>
            <w:vAlign w:val="center"/>
          </w:tcPr>
          <w:p w14:paraId="33D36DF8" w14:textId="77777777" w:rsidR="00756632" w:rsidRDefault="00000000">
            <w:r>
              <w:rPr>
                <w:sz w:val="18"/>
              </w:rPr>
              <w:t>Random effects preferred to fixed effects under the test’s null hypothesis.</w:t>
            </w:r>
          </w:p>
        </w:tc>
      </w:tr>
      <w:tr w:rsidR="00756632" w14:paraId="17B72C53" w14:textId="77777777">
        <w:trPr>
          <w:jc w:val="center"/>
        </w:trPr>
        <w:tc>
          <w:tcPr>
            <w:tcW w:w="2484" w:type="dxa"/>
            <w:vAlign w:val="center"/>
          </w:tcPr>
          <w:p w14:paraId="02FCBD5F" w14:textId="77777777" w:rsidR="00756632" w:rsidRDefault="00000000">
            <w:r>
              <w:rPr>
                <w:sz w:val="18"/>
              </w:rPr>
              <w:t>Breusch–Pagan LM</w:t>
            </w:r>
          </w:p>
        </w:tc>
        <w:tc>
          <w:tcPr>
            <w:tcW w:w="2484" w:type="dxa"/>
            <w:vAlign w:val="center"/>
          </w:tcPr>
          <w:p w14:paraId="34F9A61A" w14:textId="77777777" w:rsidR="00756632" w:rsidRDefault="00000000">
            <w:r>
              <w:rPr>
                <w:sz w:val="18"/>
              </w:rPr>
              <w:t>135.9157</w:t>
            </w:r>
          </w:p>
        </w:tc>
        <w:tc>
          <w:tcPr>
            <w:tcW w:w="2484" w:type="dxa"/>
            <w:vAlign w:val="center"/>
          </w:tcPr>
          <w:p w14:paraId="6865FCF3" w14:textId="77777777" w:rsidR="00756632" w:rsidRDefault="00000000">
            <w:r>
              <w:rPr>
                <w:sz w:val="18"/>
              </w:rPr>
              <w:t>0.0016</w:t>
            </w:r>
          </w:p>
        </w:tc>
        <w:tc>
          <w:tcPr>
            <w:tcW w:w="2484" w:type="dxa"/>
            <w:vAlign w:val="center"/>
          </w:tcPr>
          <w:p w14:paraId="2BA5EE64" w14:textId="77777777" w:rsidR="00756632" w:rsidRDefault="00000000">
            <w:r>
              <w:rPr>
                <w:sz w:val="18"/>
              </w:rPr>
              <w:t>Random effects preferred to pooled OLS.</w:t>
            </w:r>
          </w:p>
        </w:tc>
      </w:tr>
      <w:tr w:rsidR="00756632" w14:paraId="6C71F993" w14:textId="77777777">
        <w:trPr>
          <w:jc w:val="center"/>
        </w:trPr>
        <w:tc>
          <w:tcPr>
            <w:tcW w:w="2484" w:type="dxa"/>
            <w:vAlign w:val="center"/>
          </w:tcPr>
          <w:p w14:paraId="692C3641" w14:textId="77777777" w:rsidR="00756632" w:rsidRDefault="00000000">
            <w:proofErr w:type="spellStart"/>
            <w:r>
              <w:rPr>
                <w:sz w:val="18"/>
              </w:rPr>
              <w:t>Pesaran</w:t>
            </w:r>
            <w:proofErr w:type="spellEnd"/>
            <w:r>
              <w:rPr>
                <w:sz w:val="18"/>
              </w:rPr>
              <w:t xml:space="preserve"> scaled LM</w:t>
            </w:r>
          </w:p>
        </w:tc>
        <w:tc>
          <w:tcPr>
            <w:tcW w:w="2484" w:type="dxa"/>
            <w:vAlign w:val="center"/>
          </w:tcPr>
          <w:p w14:paraId="602A4E1A" w14:textId="77777777" w:rsidR="00756632" w:rsidRDefault="00000000">
            <w:r>
              <w:rPr>
                <w:sz w:val="18"/>
              </w:rPr>
              <w:t>2.291628</w:t>
            </w:r>
          </w:p>
        </w:tc>
        <w:tc>
          <w:tcPr>
            <w:tcW w:w="2484" w:type="dxa"/>
            <w:vAlign w:val="center"/>
          </w:tcPr>
          <w:p w14:paraId="52032A43" w14:textId="77777777" w:rsidR="00756632" w:rsidRDefault="00000000">
            <w:r>
              <w:rPr>
                <w:sz w:val="18"/>
              </w:rPr>
              <w:t>0.0219</w:t>
            </w:r>
          </w:p>
        </w:tc>
        <w:tc>
          <w:tcPr>
            <w:tcW w:w="2484" w:type="dxa"/>
            <w:vAlign w:val="center"/>
          </w:tcPr>
          <w:p w14:paraId="5E793EFB" w14:textId="77777777" w:rsidR="00756632" w:rsidRDefault="00000000">
            <w:r>
              <w:rPr>
                <w:sz w:val="18"/>
              </w:rPr>
              <w:t>Evidence of cross-sectional dependence.</w:t>
            </w:r>
          </w:p>
        </w:tc>
      </w:tr>
      <w:tr w:rsidR="00756632" w14:paraId="64ADFFC0" w14:textId="77777777">
        <w:trPr>
          <w:jc w:val="center"/>
        </w:trPr>
        <w:tc>
          <w:tcPr>
            <w:tcW w:w="2484" w:type="dxa"/>
            <w:vAlign w:val="center"/>
          </w:tcPr>
          <w:p w14:paraId="6B8066CC" w14:textId="77777777" w:rsidR="00756632" w:rsidRDefault="00000000">
            <w:proofErr w:type="spellStart"/>
            <w:r>
              <w:rPr>
                <w:sz w:val="18"/>
              </w:rPr>
              <w:t>Pesaran</w:t>
            </w:r>
            <w:proofErr w:type="spellEnd"/>
            <w:r>
              <w:rPr>
                <w:sz w:val="18"/>
              </w:rPr>
              <w:t xml:space="preserve"> CD</w:t>
            </w:r>
          </w:p>
        </w:tc>
        <w:tc>
          <w:tcPr>
            <w:tcW w:w="2484" w:type="dxa"/>
            <w:vAlign w:val="center"/>
          </w:tcPr>
          <w:p w14:paraId="37F49D9D" w14:textId="77777777" w:rsidR="00756632" w:rsidRDefault="00000000">
            <w:r>
              <w:rPr>
                <w:sz w:val="18"/>
              </w:rPr>
              <w:t>2.118854</w:t>
            </w:r>
          </w:p>
        </w:tc>
        <w:tc>
          <w:tcPr>
            <w:tcW w:w="2484" w:type="dxa"/>
            <w:vAlign w:val="center"/>
          </w:tcPr>
          <w:p w14:paraId="3E4F7377" w14:textId="77777777" w:rsidR="00756632" w:rsidRDefault="00000000">
            <w:r>
              <w:rPr>
                <w:sz w:val="18"/>
              </w:rPr>
              <w:t>0.0341</w:t>
            </w:r>
          </w:p>
        </w:tc>
        <w:tc>
          <w:tcPr>
            <w:tcW w:w="2484" w:type="dxa"/>
            <w:vAlign w:val="center"/>
          </w:tcPr>
          <w:p w14:paraId="090D777F" w14:textId="77777777" w:rsidR="00756632" w:rsidRDefault="00000000">
            <w:r>
              <w:rPr>
                <w:sz w:val="18"/>
              </w:rPr>
              <w:t>Evidence of cross-sectional dependence.</w:t>
            </w:r>
          </w:p>
        </w:tc>
      </w:tr>
    </w:tbl>
    <w:p w14:paraId="023966EF" w14:textId="77777777" w:rsidR="00756632" w:rsidRDefault="00756632"/>
    <w:p w14:paraId="6F2E8DCD" w14:textId="77777777" w:rsidR="00756632" w:rsidRDefault="00000000">
      <w:pPr>
        <w:spacing w:after="100"/>
      </w:pPr>
      <w:r>
        <w:t xml:space="preserve">The Hausman result does not reject the random-effects specification, and the Breusch–Pagan LM result supports random effects over pooled OLS. However, the significant </w:t>
      </w:r>
      <w:proofErr w:type="spellStart"/>
      <w:r>
        <w:t>Pesaran</w:t>
      </w:r>
      <w:proofErr w:type="spellEnd"/>
      <w:r>
        <w:t xml:space="preserve"> statistics indicate cross-sectional dependence, meaning that common shocks or interbank linkages may affect the sampled banks simultaneously. The baseline random-effects estimates are presented below, but this dependence should be addressed through an appropriate robustness procedure before final submission if the underlying dataset and software output are available.</w:t>
      </w:r>
    </w:p>
    <w:p w14:paraId="6802ED67" w14:textId="77777777" w:rsidR="00756632" w:rsidRDefault="00000000">
      <w:pPr>
        <w:spacing w:after="100"/>
      </w:pPr>
      <w:r>
        <w:rPr>
          <w:b/>
        </w:rPr>
        <w:t>4.5 Random-Effects Regression Results</w:t>
      </w:r>
    </w:p>
    <w:p w14:paraId="535A89F8" w14:textId="77777777" w:rsidR="0043110A" w:rsidRDefault="00000000">
      <w:pPr>
        <w:pStyle w:val="Caption"/>
        <w:keepNext/>
        <w:spacing w:after="0"/>
      </w:pPr>
      <w:r>
        <w:rPr>
          <w:highlight w:val="yellow"/>
        </w:rPr>
        <w:t>Table 6. Random-Effects Estimates of Financial Stability</w:t>
      </w:r>
    </w:p>
    <w:tbl>
      <w:tblPr>
        <w:tblStyle w:val="TableGrid"/>
        <w:tblW w:w="0" w:type="auto"/>
        <w:jc w:val="center"/>
        <w:tblLook w:val="04A0" w:firstRow="1" w:lastRow="0" w:firstColumn="1" w:lastColumn="0" w:noHBand="0" w:noVBand="1"/>
      </w:tblPr>
      <w:tblGrid>
        <w:gridCol w:w="1656"/>
        <w:gridCol w:w="1656"/>
        <w:gridCol w:w="1656"/>
        <w:gridCol w:w="1656"/>
        <w:gridCol w:w="1656"/>
        <w:gridCol w:w="1656"/>
      </w:tblGrid>
      <w:tr w:rsidR="00756632" w14:paraId="1C6705F5" w14:textId="77777777">
        <w:trPr>
          <w:jc w:val="center"/>
        </w:trPr>
        <w:tc>
          <w:tcPr>
            <w:tcW w:w="1656" w:type="dxa"/>
            <w:vAlign w:val="center"/>
          </w:tcPr>
          <w:p w14:paraId="536BCB1B" w14:textId="77777777" w:rsidR="00756632" w:rsidRDefault="00000000">
            <w:r>
              <w:rPr>
                <w:b/>
                <w:sz w:val="18"/>
              </w:rPr>
              <w:t>Variable</w:t>
            </w:r>
          </w:p>
        </w:tc>
        <w:tc>
          <w:tcPr>
            <w:tcW w:w="1656" w:type="dxa"/>
            <w:vAlign w:val="center"/>
          </w:tcPr>
          <w:p w14:paraId="695BA6BE" w14:textId="77777777" w:rsidR="00756632" w:rsidRDefault="00000000">
            <w:r>
              <w:rPr>
                <w:b/>
                <w:sz w:val="18"/>
              </w:rPr>
              <w:t>Coefficient</w:t>
            </w:r>
          </w:p>
        </w:tc>
        <w:tc>
          <w:tcPr>
            <w:tcW w:w="1656" w:type="dxa"/>
            <w:vAlign w:val="center"/>
          </w:tcPr>
          <w:p w14:paraId="7C18C25A" w14:textId="77777777" w:rsidR="00756632" w:rsidRDefault="00000000">
            <w:r>
              <w:rPr>
                <w:b/>
                <w:sz w:val="18"/>
              </w:rPr>
              <w:t>Std. Error</w:t>
            </w:r>
          </w:p>
        </w:tc>
        <w:tc>
          <w:tcPr>
            <w:tcW w:w="1656" w:type="dxa"/>
            <w:vAlign w:val="center"/>
          </w:tcPr>
          <w:p w14:paraId="5CE4F626" w14:textId="77777777" w:rsidR="00756632" w:rsidRDefault="00000000">
            <w:r>
              <w:rPr>
                <w:b/>
                <w:sz w:val="18"/>
              </w:rPr>
              <w:t>t-statistic</w:t>
            </w:r>
          </w:p>
        </w:tc>
        <w:tc>
          <w:tcPr>
            <w:tcW w:w="1656" w:type="dxa"/>
            <w:vAlign w:val="center"/>
          </w:tcPr>
          <w:p w14:paraId="56C3E898" w14:textId="77777777" w:rsidR="00756632" w:rsidRDefault="00000000">
            <w:r>
              <w:rPr>
                <w:b/>
                <w:sz w:val="18"/>
              </w:rPr>
              <w:t>p-value</w:t>
            </w:r>
          </w:p>
        </w:tc>
        <w:tc>
          <w:tcPr>
            <w:tcW w:w="1656" w:type="dxa"/>
            <w:vAlign w:val="center"/>
          </w:tcPr>
          <w:p w14:paraId="34BEF26D" w14:textId="77777777" w:rsidR="00756632" w:rsidRDefault="00000000">
            <w:r>
              <w:rPr>
                <w:b/>
                <w:sz w:val="18"/>
              </w:rPr>
              <w:t>Decision</w:t>
            </w:r>
          </w:p>
        </w:tc>
      </w:tr>
      <w:tr w:rsidR="00756632" w14:paraId="6B58F353" w14:textId="77777777">
        <w:trPr>
          <w:jc w:val="center"/>
        </w:trPr>
        <w:tc>
          <w:tcPr>
            <w:tcW w:w="1656" w:type="dxa"/>
            <w:vAlign w:val="center"/>
          </w:tcPr>
          <w:p w14:paraId="375C50FC" w14:textId="77777777" w:rsidR="00756632" w:rsidRDefault="00000000">
            <w:r>
              <w:rPr>
                <w:sz w:val="18"/>
              </w:rPr>
              <w:t>Constant</w:t>
            </w:r>
          </w:p>
        </w:tc>
        <w:tc>
          <w:tcPr>
            <w:tcW w:w="1656" w:type="dxa"/>
            <w:vAlign w:val="center"/>
          </w:tcPr>
          <w:p w14:paraId="6B9BAA3D" w14:textId="77777777" w:rsidR="00756632" w:rsidRDefault="00000000">
            <w:r>
              <w:rPr>
                <w:sz w:val="18"/>
              </w:rPr>
              <w:t>0.395128</w:t>
            </w:r>
          </w:p>
        </w:tc>
        <w:tc>
          <w:tcPr>
            <w:tcW w:w="1656" w:type="dxa"/>
            <w:vAlign w:val="center"/>
          </w:tcPr>
          <w:p w14:paraId="4DDEC611" w14:textId="77777777" w:rsidR="00756632" w:rsidRDefault="00000000">
            <w:r>
              <w:rPr>
                <w:sz w:val="18"/>
              </w:rPr>
              <w:t>0.060501</w:t>
            </w:r>
          </w:p>
        </w:tc>
        <w:tc>
          <w:tcPr>
            <w:tcW w:w="1656" w:type="dxa"/>
            <w:vAlign w:val="center"/>
          </w:tcPr>
          <w:p w14:paraId="76616732" w14:textId="77777777" w:rsidR="00756632" w:rsidRDefault="00000000">
            <w:r>
              <w:rPr>
                <w:sz w:val="18"/>
              </w:rPr>
              <w:t>6.530912</w:t>
            </w:r>
          </w:p>
        </w:tc>
        <w:tc>
          <w:tcPr>
            <w:tcW w:w="1656" w:type="dxa"/>
            <w:vAlign w:val="center"/>
          </w:tcPr>
          <w:p w14:paraId="11C0CE05" w14:textId="77777777" w:rsidR="00756632" w:rsidRDefault="00000000">
            <w:r>
              <w:rPr>
                <w:sz w:val="18"/>
              </w:rPr>
              <w:t>0.0000</w:t>
            </w:r>
          </w:p>
        </w:tc>
        <w:tc>
          <w:tcPr>
            <w:tcW w:w="1656" w:type="dxa"/>
            <w:vAlign w:val="center"/>
          </w:tcPr>
          <w:p w14:paraId="2CAC5C2D" w14:textId="77777777" w:rsidR="00756632" w:rsidRDefault="00000000">
            <w:r>
              <w:rPr>
                <w:sz w:val="18"/>
              </w:rPr>
              <w:t>Significant</w:t>
            </w:r>
          </w:p>
        </w:tc>
      </w:tr>
      <w:tr w:rsidR="00756632" w14:paraId="38279C8D" w14:textId="77777777">
        <w:trPr>
          <w:jc w:val="center"/>
        </w:trPr>
        <w:tc>
          <w:tcPr>
            <w:tcW w:w="1656" w:type="dxa"/>
            <w:vAlign w:val="center"/>
          </w:tcPr>
          <w:p w14:paraId="4E7BB435" w14:textId="77777777" w:rsidR="00756632" w:rsidRDefault="00000000">
            <w:r>
              <w:rPr>
                <w:sz w:val="18"/>
              </w:rPr>
              <w:t>FINR</w:t>
            </w:r>
          </w:p>
        </w:tc>
        <w:tc>
          <w:tcPr>
            <w:tcW w:w="1656" w:type="dxa"/>
            <w:vAlign w:val="center"/>
          </w:tcPr>
          <w:p w14:paraId="7ABD353C" w14:textId="77777777" w:rsidR="00756632" w:rsidRDefault="00000000">
            <w:r>
              <w:rPr>
                <w:sz w:val="18"/>
              </w:rPr>
              <w:t>−0.071595</w:t>
            </w:r>
          </w:p>
        </w:tc>
        <w:tc>
          <w:tcPr>
            <w:tcW w:w="1656" w:type="dxa"/>
            <w:vAlign w:val="center"/>
          </w:tcPr>
          <w:p w14:paraId="47B032C9" w14:textId="77777777" w:rsidR="00756632" w:rsidRDefault="00000000">
            <w:r>
              <w:rPr>
                <w:sz w:val="18"/>
              </w:rPr>
              <w:t>0.027677</w:t>
            </w:r>
          </w:p>
        </w:tc>
        <w:tc>
          <w:tcPr>
            <w:tcW w:w="1656" w:type="dxa"/>
            <w:vAlign w:val="center"/>
          </w:tcPr>
          <w:p w14:paraId="4D9929C0" w14:textId="77777777" w:rsidR="00756632" w:rsidRDefault="00000000">
            <w:r>
              <w:rPr>
                <w:sz w:val="18"/>
              </w:rPr>
              <w:t>−2.586790</w:t>
            </w:r>
          </w:p>
        </w:tc>
        <w:tc>
          <w:tcPr>
            <w:tcW w:w="1656" w:type="dxa"/>
            <w:vAlign w:val="center"/>
          </w:tcPr>
          <w:p w14:paraId="07E397B3" w14:textId="77777777" w:rsidR="00756632" w:rsidRDefault="00000000">
            <w:r>
              <w:rPr>
                <w:sz w:val="18"/>
              </w:rPr>
              <w:t>0.0106</w:t>
            </w:r>
          </w:p>
        </w:tc>
        <w:tc>
          <w:tcPr>
            <w:tcW w:w="1656" w:type="dxa"/>
            <w:vAlign w:val="center"/>
          </w:tcPr>
          <w:p w14:paraId="413F658D" w14:textId="77777777" w:rsidR="00756632" w:rsidRDefault="00000000">
            <w:r>
              <w:rPr>
                <w:sz w:val="18"/>
              </w:rPr>
              <w:t>Reject H01</w:t>
            </w:r>
          </w:p>
        </w:tc>
      </w:tr>
      <w:tr w:rsidR="00756632" w14:paraId="199D67CA" w14:textId="77777777">
        <w:trPr>
          <w:jc w:val="center"/>
        </w:trPr>
        <w:tc>
          <w:tcPr>
            <w:tcW w:w="1656" w:type="dxa"/>
            <w:vAlign w:val="center"/>
          </w:tcPr>
          <w:p w14:paraId="62ADAE41" w14:textId="77777777" w:rsidR="00756632" w:rsidRDefault="00000000">
            <w:r>
              <w:rPr>
                <w:sz w:val="18"/>
              </w:rPr>
              <w:t>ASSR</w:t>
            </w:r>
          </w:p>
        </w:tc>
        <w:tc>
          <w:tcPr>
            <w:tcW w:w="1656" w:type="dxa"/>
            <w:vAlign w:val="center"/>
          </w:tcPr>
          <w:p w14:paraId="3C02D612" w14:textId="77777777" w:rsidR="00756632" w:rsidRDefault="00000000">
            <w:r>
              <w:rPr>
                <w:sz w:val="18"/>
              </w:rPr>
              <w:t>0.420337</w:t>
            </w:r>
          </w:p>
        </w:tc>
        <w:tc>
          <w:tcPr>
            <w:tcW w:w="1656" w:type="dxa"/>
            <w:vAlign w:val="center"/>
          </w:tcPr>
          <w:p w14:paraId="53DB3DF0" w14:textId="77777777" w:rsidR="00756632" w:rsidRDefault="00000000">
            <w:r>
              <w:rPr>
                <w:sz w:val="18"/>
              </w:rPr>
              <w:t>0.098847</w:t>
            </w:r>
          </w:p>
        </w:tc>
        <w:tc>
          <w:tcPr>
            <w:tcW w:w="1656" w:type="dxa"/>
            <w:vAlign w:val="center"/>
          </w:tcPr>
          <w:p w14:paraId="1CE41261" w14:textId="77777777" w:rsidR="00756632" w:rsidRDefault="00000000">
            <w:r>
              <w:rPr>
                <w:sz w:val="18"/>
              </w:rPr>
              <w:t>4.252396</w:t>
            </w:r>
          </w:p>
        </w:tc>
        <w:tc>
          <w:tcPr>
            <w:tcW w:w="1656" w:type="dxa"/>
            <w:vAlign w:val="center"/>
          </w:tcPr>
          <w:p w14:paraId="74A1E62E" w14:textId="77777777" w:rsidR="00756632" w:rsidRDefault="00000000">
            <w:r>
              <w:rPr>
                <w:sz w:val="18"/>
              </w:rPr>
              <w:t>0.0000</w:t>
            </w:r>
          </w:p>
        </w:tc>
        <w:tc>
          <w:tcPr>
            <w:tcW w:w="1656" w:type="dxa"/>
            <w:vAlign w:val="center"/>
          </w:tcPr>
          <w:p w14:paraId="020875D7" w14:textId="77777777" w:rsidR="00756632" w:rsidRDefault="00000000">
            <w:r>
              <w:rPr>
                <w:sz w:val="18"/>
              </w:rPr>
              <w:t>Reject H02</w:t>
            </w:r>
          </w:p>
        </w:tc>
      </w:tr>
      <w:tr w:rsidR="00756632" w14:paraId="1B1FE59C" w14:textId="77777777">
        <w:trPr>
          <w:jc w:val="center"/>
        </w:trPr>
        <w:tc>
          <w:tcPr>
            <w:tcW w:w="1656" w:type="dxa"/>
            <w:vAlign w:val="center"/>
          </w:tcPr>
          <w:p w14:paraId="46A36A14" w14:textId="77777777" w:rsidR="00756632" w:rsidRDefault="00000000">
            <w:r>
              <w:rPr>
                <w:sz w:val="18"/>
              </w:rPr>
              <w:t>OPR</w:t>
            </w:r>
          </w:p>
        </w:tc>
        <w:tc>
          <w:tcPr>
            <w:tcW w:w="1656" w:type="dxa"/>
            <w:vAlign w:val="center"/>
          </w:tcPr>
          <w:p w14:paraId="06296CDE" w14:textId="77777777" w:rsidR="00756632" w:rsidRDefault="00000000">
            <w:r>
              <w:rPr>
                <w:sz w:val="18"/>
              </w:rPr>
              <w:t>0.009859</w:t>
            </w:r>
          </w:p>
        </w:tc>
        <w:tc>
          <w:tcPr>
            <w:tcW w:w="1656" w:type="dxa"/>
            <w:vAlign w:val="center"/>
          </w:tcPr>
          <w:p w14:paraId="7E422DD4" w14:textId="77777777" w:rsidR="00756632" w:rsidRDefault="00000000">
            <w:r>
              <w:rPr>
                <w:sz w:val="18"/>
              </w:rPr>
              <w:t>0.137515</w:t>
            </w:r>
          </w:p>
        </w:tc>
        <w:tc>
          <w:tcPr>
            <w:tcW w:w="1656" w:type="dxa"/>
            <w:vAlign w:val="center"/>
          </w:tcPr>
          <w:p w14:paraId="4BE50C29" w14:textId="77777777" w:rsidR="00756632" w:rsidRDefault="00000000">
            <w:r>
              <w:rPr>
                <w:sz w:val="18"/>
              </w:rPr>
              <w:t>0.071691</w:t>
            </w:r>
          </w:p>
        </w:tc>
        <w:tc>
          <w:tcPr>
            <w:tcW w:w="1656" w:type="dxa"/>
            <w:vAlign w:val="center"/>
          </w:tcPr>
          <w:p w14:paraId="2D105B56" w14:textId="77777777" w:rsidR="00756632" w:rsidRDefault="00000000">
            <w:r>
              <w:rPr>
                <w:sz w:val="18"/>
              </w:rPr>
              <w:t>0.9429</w:t>
            </w:r>
          </w:p>
        </w:tc>
        <w:tc>
          <w:tcPr>
            <w:tcW w:w="1656" w:type="dxa"/>
            <w:vAlign w:val="center"/>
          </w:tcPr>
          <w:p w14:paraId="678CAEEF" w14:textId="77777777" w:rsidR="00756632" w:rsidRDefault="00000000">
            <w:r>
              <w:rPr>
                <w:sz w:val="18"/>
              </w:rPr>
              <w:t>Fail to reject H03</w:t>
            </w:r>
          </w:p>
        </w:tc>
      </w:tr>
      <w:tr w:rsidR="00756632" w14:paraId="52ECA65A" w14:textId="77777777">
        <w:trPr>
          <w:jc w:val="center"/>
        </w:trPr>
        <w:tc>
          <w:tcPr>
            <w:tcW w:w="1656" w:type="dxa"/>
            <w:vAlign w:val="center"/>
          </w:tcPr>
          <w:p w14:paraId="31B862E5" w14:textId="77777777" w:rsidR="00756632" w:rsidRDefault="00000000">
            <w:r>
              <w:rPr>
                <w:sz w:val="18"/>
              </w:rPr>
              <w:t>CAR</w:t>
            </w:r>
          </w:p>
        </w:tc>
        <w:tc>
          <w:tcPr>
            <w:tcW w:w="1656" w:type="dxa"/>
            <w:vAlign w:val="center"/>
          </w:tcPr>
          <w:p w14:paraId="09B6C123" w14:textId="77777777" w:rsidR="00756632" w:rsidRDefault="00000000">
            <w:r>
              <w:rPr>
                <w:sz w:val="18"/>
              </w:rPr>
              <w:t>0.171277</w:t>
            </w:r>
          </w:p>
        </w:tc>
        <w:tc>
          <w:tcPr>
            <w:tcW w:w="1656" w:type="dxa"/>
            <w:vAlign w:val="center"/>
          </w:tcPr>
          <w:p w14:paraId="431C1C4E" w14:textId="77777777" w:rsidR="00756632" w:rsidRDefault="00000000">
            <w:r>
              <w:rPr>
                <w:sz w:val="18"/>
              </w:rPr>
              <w:t>0.041746</w:t>
            </w:r>
          </w:p>
        </w:tc>
        <w:tc>
          <w:tcPr>
            <w:tcW w:w="1656" w:type="dxa"/>
            <w:vAlign w:val="center"/>
          </w:tcPr>
          <w:p w14:paraId="2876A5D8" w14:textId="77777777" w:rsidR="00756632" w:rsidRDefault="00000000">
            <w:r>
              <w:rPr>
                <w:sz w:val="18"/>
              </w:rPr>
              <w:t>4.102825</w:t>
            </w:r>
          </w:p>
        </w:tc>
        <w:tc>
          <w:tcPr>
            <w:tcW w:w="1656" w:type="dxa"/>
            <w:vAlign w:val="center"/>
          </w:tcPr>
          <w:p w14:paraId="6AC50A36" w14:textId="77777777" w:rsidR="00756632" w:rsidRDefault="00000000">
            <w:r>
              <w:rPr>
                <w:sz w:val="18"/>
              </w:rPr>
              <w:t>0.0001</w:t>
            </w:r>
          </w:p>
        </w:tc>
        <w:tc>
          <w:tcPr>
            <w:tcW w:w="1656" w:type="dxa"/>
            <w:vAlign w:val="center"/>
          </w:tcPr>
          <w:p w14:paraId="2425A30B" w14:textId="77777777" w:rsidR="00756632" w:rsidRDefault="00000000">
            <w:r>
              <w:rPr>
                <w:sz w:val="18"/>
              </w:rPr>
              <w:t>Reject H04</w:t>
            </w:r>
          </w:p>
        </w:tc>
      </w:tr>
    </w:tbl>
    <w:p w14:paraId="5BB69DDD" w14:textId="77777777" w:rsidR="00756632" w:rsidRDefault="00756632"/>
    <w:p w14:paraId="07D318F5" w14:textId="77777777" w:rsidR="00756632" w:rsidRDefault="00000000">
      <w:pPr>
        <w:spacing w:after="100"/>
      </w:pPr>
      <w:r>
        <w:t>Model statistics: R² = 0.587480; Adjusted R² = 0.567541; F-statistic = 9.402633; Prob(F-statistic) = 0.000001; Durbin–Watson statistic = 2.082339; balanced observations = 112; cross-sections = 8; periods = 14.</w:t>
      </w:r>
    </w:p>
    <w:p w14:paraId="4871112C" w14:textId="77777777" w:rsidR="00756632" w:rsidRDefault="00000000">
      <w:pPr>
        <w:spacing w:after="100"/>
      </w:pPr>
      <w:r>
        <w:lastRenderedPageBreak/>
        <w:t>The model is jointly significant, and the explanatory variables account for approximately 58.75% of the variation in the weighted dependent variable reported by the random-effects output. Financial restructuring has a negative and statistically significant coefficient. Given the interpretation of the Z-score, this result indicates that higher values of the financial-restructuring proxy are associated with lower financial stability during the study period. The finding should be interpreted in relation to the exact construction of FINR; it may reflect adjustment costs, leverage-related risk, or the fact that financially weaker banks undertake more intensive restructuring. The observational design does not establish causality.</w:t>
      </w:r>
    </w:p>
    <w:p w14:paraId="34AC983B" w14:textId="77777777" w:rsidR="00756632" w:rsidRDefault="00000000">
      <w:pPr>
        <w:spacing w:after="100"/>
      </w:pPr>
      <w:r>
        <w:t>Asset restructuring has a positive and statistically significant coefficient, indicating that higher values of the asset-restructuring proxy are associated with higher bank stability. This is consistent with the view that improvements in asset quality, portfolio composition, or the management of impaired assets can strengthen resilience and increase the distance from insolvency.</w:t>
      </w:r>
    </w:p>
    <w:p w14:paraId="5C58E1B4" w14:textId="77777777" w:rsidR="00756632" w:rsidRDefault="00000000">
      <w:pPr>
        <w:spacing w:after="100"/>
      </w:pPr>
      <w:r>
        <w:t>Operational restructuring has a positive but statistically insignificant coefficient (p = 0.9429). Therefore, the study does not find sufficient evidence that the operational-restructuring proxy had an independent effect on financial stability after controlling for the other restructuring variables. The result should not be described as significant in the abstract, conclusion, or recommendations.</w:t>
      </w:r>
    </w:p>
    <w:p w14:paraId="58D7A12A" w14:textId="77777777" w:rsidR="00756632" w:rsidRDefault="00000000">
      <w:pPr>
        <w:spacing w:after="100"/>
      </w:pPr>
      <w:r>
        <w:t>Capital restructuring has a positive and statistically significant coefficient, indicating that higher values of the capital-restructuring proxy are associated with greater financial stability. This result is consistent with the role of stronger capital structures in absorbing losses and supporting resilience. The magnitude and policy meaning should nevertheless be interpreted in light of the exact proxy used.</w:t>
      </w:r>
    </w:p>
    <w:p w14:paraId="634E9BE0" w14:textId="77777777" w:rsidR="00756632" w:rsidRDefault="00000000">
      <w:pPr>
        <w:spacing w:after="100"/>
      </w:pPr>
      <w:r>
        <w:rPr>
          <w:b/>
        </w:rPr>
        <w:t>5. CONCLUSION, RECOMMENDATIONS, AND LIMITATIONS</w:t>
      </w:r>
    </w:p>
    <w:p w14:paraId="59BED57D" w14:textId="77777777" w:rsidR="00756632" w:rsidRDefault="00000000">
      <w:pPr>
        <w:spacing w:after="100"/>
      </w:pPr>
      <w:r>
        <w:rPr>
          <w:b/>
        </w:rPr>
        <w:t>5.1 Conclusion</w:t>
      </w:r>
    </w:p>
    <w:p w14:paraId="0910F295" w14:textId="77777777" w:rsidR="00756632" w:rsidRDefault="00000000">
      <w:pPr>
        <w:spacing w:after="100"/>
      </w:pPr>
      <w:r>
        <w:t xml:space="preserve">The study examined the relationship between four dimensions of corporate restructuring and the financial stability of eight quoted DMBs in Nigeria over 2010–2023. The random-effects estimates indicate that financial restructuring was negatively and significantly associated with the bank Z-score, asset restructuring was positively and significantly associated with the Z-score, operational restructuring was positive but statistically insignificant, and capital restructuring was positively and significantly associated with the Z-score. The findings suggest that asset and capital restructuring were the most consistently </w:t>
      </w:r>
      <w:proofErr w:type="spellStart"/>
      <w:r>
        <w:t>favourable</w:t>
      </w:r>
      <w:proofErr w:type="spellEnd"/>
      <w:r>
        <w:t xml:space="preserve"> correlates of financial stability in the estimated model. The results should be interpreted as associations because the study uses observational secondary data and because cross-sectional dependence was detected.</w:t>
      </w:r>
    </w:p>
    <w:p w14:paraId="6A36ED42" w14:textId="77777777" w:rsidR="00756632" w:rsidRDefault="00000000">
      <w:pPr>
        <w:spacing w:after="100"/>
      </w:pPr>
      <w:r>
        <w:rPr>
          <w:b/>
        </w:rPr>
        <w:t>5.2 Recommendations</w:t>
      </w:r>
    </w:p>
    <w:p w14:paraId="5838E07B" w14:textId="77777777" w:rsidR="00756632" w:rsidRDefault="00000000">
      <w:pPr>
        <w:spacing w:after="100"/>
      </w:pPr>
      <w:r>
        <w:t>Bank management should strengthen asset-quality management through timely identification, restructuring, recovery, provisioning, or disposal of impaired assets, while ensuring that such actions are consistent with prudential requirements.</w:t>
      </w:r>
    </w:p>
    <w:p w14:paraId="1908B0EB" w14:textId="77777777" w:rsidR="00756632" w:rsidRDefault="00000000">
      <w:pPr>
        <w:spacing w:after="100"/>
      </w:pPr>
      <w:r>
        <w:t>Banks and regulators should support sustainable capital-strengthening strategies that improve loss-absorbing capacity without creating excessive funding costs or risk incentives.</w:t>
      </w:r>
    </w:p>
    <w:p w14:paraId="7D77DFDD" w14:textId="77777777" w:rsidR="00756632" w:rsidRDefault="00000000">
      <w:pPr>
        <w:spacing w:after="100"/>
      </w:pPr>
      <w:r>
        <w:t>Financial restructuring should be evaluated carefully before implementation. Because the estimated association with the Z-score is negative, management should assess leverage, refinancing costs, maturity mismatches, and transitional risks rather than assuming that all financing changes improve stability.</w:t>
      </w:r>
    </w:p>
    <w:p w14:paraId="7AD41FD6" w14:textId="77777777" w:rsidR="00756632" w:rsidRDefault="00000000">
      <w:pPr>
        <w:spacing w:after="100"/>
      </w:pPr>
      <w:r>
        <w:t>Operational restructuring should be guided by bank-specific efficiency assessments. Since the estimated coefficient is not statistically significant, the evidence does not support a uniform policy conclusion based solely on the operational proxy used in this study.</w:t>
      </w:r>
    </w:p>
    <w:p w14:paraId="36D64D01" w14:textId="77777777" w:rsidR="00756632" w:rsidRDefault="00000000">
      <w:pPr>
        <w:spacing w:after="100"/>
      </w:pPr>
      <w:r>
        <w:t>Regulators and future researchers should examine common shocks and interbank linkages and apply estimators or standard-error corrections that are robust to cross-sectional dependence.</w:t>
      </w:r>
    </w:p>
    <w:p w14:paraId="5654E75E" w14:textId="77777777" w:rsidR="00756632" w:rsidRDefault="00000000">
      <w:pPr>
        <w:spacing w:after="100"/>
      </w:pPr>
      <w:r>
        <w:rPr>
          <w:b/>
        </w:rPr>
        <w:lastRenderedPageBreak/>
        <w:t>5.3 Limitations and Directions for Future Research</w:t>
      </w:r>
    </w:p>
    <w:p w14:paraId="123CF058" w14:textId="77777777" w:rsidR="00756632" w:rsidRDefault="00000000">
      <w:pPr>
        <w:spacing w:after="100"/>
      </w:pPr>
      <w:r>
        <w:t>The study has several limitations. First, it covers eight quoted DMBs and therefore may not fully represent unquoted banks or the entire Nigerian banking system. Second, the analysis relies on secondary accounting data, which may not capture all qualitative or strategic aspects of restructuring. Third, the use of selected proxies may not fully represent the breadth of financial, asset, operational, and capital restructuring. Fourth, reverse causality, omitted variables, and other forms of endogeneity cannot be completely ruled out in an observational panel design. Fifth, the significant cross-sectional-dependence results indicate that common shocks or interbank linkages may affect inference. Future studies should use broader samples, longer periods, alternative stability measures, more explicit restructuring indicators, and panel estimators or robust inference procedures designed for cross-sectional dependence and potential endogeneity.</w:t>
      </w:r>
    </w:p>
    <w:p w14:paraId="46DD28B9" w14:textId="77777777" w:rsidR="00756632" w:rsidRDefault="00000000">
      <w:pPr>
        <w:spacing w:after="100"/>
      </w:pPr>
      <w:r>
        <w:rPr>
          <w:b/>
        </w:rPr>
        <w:t>5.4 Contributions to Knowledge</w:t>
      </w:r>
    </w:p>
    <w:p w14:paraId="2D70295C" w14:textId="77777777" w:rsidR="00756632" w:rsidRDefault="00000000">
      <w:pPr>
        <w:spacing w:after="100"/>
      </w:pPr>
      <w:r>
        <w:t>The study contributes by examining four dimensions of corporate restructuring jointly rather than limiting attention to mergers, acquisitions, or a single restructuring strategy. It also uses the bank Z-score as a stability-oriented outcome measure and provides evidence from a balanced panel of quoted Nigerian DMBs over 2010–2023. The revised presentation improves transparency by reporting the complete random-effects estimates, clarifying the meaning of the Z-score, and aligning the empirical results with the discussion, conclusion, and recommendations.</w:t>
      </w:r>
    </w:p>
    <w:p w14:paraId="42EF7455" w14:textId="77777777" w:rsidR="00756632" w:rsidRDefault="00000000">
      <w:pPr>
        <w:spacing w:after="100"/>
      </w:pPr>
      <w:r>
        <w:rPr>
          <w:b/>
        </w:rPr>
        <w:t>Competing Interests</w:t>
      </w:r>
    </w:p>
    <w:p w14:paraId="774EA669" w14:textId="77777777" w:rsidR="00756632" w:rsidRDefault="00000000">
      <w:pPr>
        <w:spacing w:after="100"/>
      </w:pPr>
      <w:r>
        <w:t>The authors declare that they have no competing interests.</w:t>
      </w:r>
    </w:p>
    <w:p w14:paraId="34789A1E" w14:textId="77777777" w:rsidR="004F6CD0" w:rsidRPr="004F6CD0" w:rsidRDefault="004F6CD0" w:rsidP="004F6CD0">
      <w:pPr>
        <w:spacing w:after="160" w:line="278" w:lineRule="auto"/>
        <w:rPr>
          <w:rFonts w:ascii="Arial" w:eastAsia="Calibri" w:hAnsi="Arial" w:cs="Arial"/>
          <w:b/>
          <w:bCs/>
          <w:kern w:val="2"/>
          <w:sz w:val="20"/>
          <w:szCs w:val="20"/>
          <w14:ligatures w14:val="standardContextual"/>
        </w:rPr>
      </w:pPr>
      <w:r w:rsidRPr="004F6CD0">
        <w:rPr>
          <w:rFonts w:ascii="Arial" w:eastAsia="Calibri" w:hAnsi="Arial" w:cs="Arial"/>
          <w:b/>
          <w:bCs/>
          <w:kern w:val="2"/>
          <w:sz w:val="20"/>
          <w:szCs w:val="20"/>
          <w14:ligatures w14:val="standardContextual"/>
        </w:rPr>
        <w:t>Declaration of AI Use</w:t>
      </w:r>
    </w:p>
    <w:p w14:paraId="11BD33D0" w14:textId="77777777" w:rsidR="004F6CD0" w:rsidRPr="004F6CD0" w:rsidRDefault="004F6CD0" w:rsidP="004F6CD0">
      <w:pPr>
        <w:spacing w:after="160" w:line="278" w:lineRule="auto"/>
        <w:jc w:val="both"/>
        <w:rPr>
          <w:rFonts w:ascii="Arial" w:eastAsia="Calibri" w:hAnsi="Arial" w:cs="Arial"/>
          <w:kern w:val="2"/>
          <w:sz w:val="20"/>
          <w:szCs w:val="20"/>
          <w14:ligatures w14:val="standardContextual"/>
        </w:rPr>
      </w:pPr>
      <w:r w:rsidRPr="004F6CD0">
        <w:rPr>
          <w:rFonts w:ascii="Arial" w:eastAsia="Calibri" w:hAnsi="Arial" w:cs="Arial"/>
          <w:kern w:val="2"/>
          <w:sz w:val="20"/>
          <w:szCs w:val="20"/>
          <w14:ligatures w14:val="standardContextual"/>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w:t>
      </w:r>
      <w:r w:rsidRPr="004F6CD0">
        <w:rPr>
          <w:rFonts w:ascii="Arial" w:eastAsia="Calibri" w:hAnsi="Arial" w:cs="Arial"/>
          <w:kern w:val="2"/>
          <w:sz w:val="20"/>
          <w:szCs w:val="20"/>
          <w:highlight w:val="yellow"/>
          <w14:ligatures w14:val="standardContextual"/>
        </w:rPr>
        <w:t>language refinement, and reference formatting</w:t>
      </w:r>
      <w:r w:rsidRPr="004F6CD0">
        <w:rPr>
          <w:rFonts w:ascii="Arial" w:eastAsia="Calibri" w:hAnsi="Arial" w:cs="Arial"/>
          <w:kern w:val="2"/>
          <w:sz w:val="20"/>
          <w:szCs w:val="20"/>
          <w14:ligatures w14:val="standardContextual"/>
        </w:rPr>
        <w:t>.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2796DE8" w14:textId="77777777" w:rsidR="00756632" w:rsidRDefault="00000000">
      <w:pPr>
        <w:spacing w:after="100"/>
      </w:pPr>
      <w:r>
        <w:rPr>
          <w:b/>
        </w:rPr>
        <w:t>REFERENCES</w:t>
      </w:r>
    </w:p>
    <w:p w14:paraId="277A31BA"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Adhikari, B., Kavanagh, M., &amp; Hampson, B. (2023). A comparative analysis of the financial performance of commercial banks after mergers and acquisitions using Nepalese data. </w:t>
      </w:r>
      <w:r w:rsidRPr="00707E64">
        <w:rPr>
          <w:rFonts w:eastAsia="Times New Roman" w:cs="Times New Roman"/>
          <w:i/>
          <w:iCs/>
          <w:sz w:val="24"/>
          <w:szCs w:val="24"/>
        </w:rPr>
        <w:t>Central Bank Review, 23</w:t>
      </w:r>
      <w:r w:rsidRPr="00707E64">
        <w:rPr>
          <w:rFonts w:eastAsia="Times New Roman" w:cs="Times New Roman"/>
          <w:sz w:val="24"/>
          <w:szCs w:val="24"/>
        </w:rPr>
        <w:t xml:space="preserve">(3), Article 100128. </w:t>
      </w:r>
      <w:hyperlink r:id="rId6">
        <w:r>
          <w:rPr>
            <w:rFonts w:eastAsia="Times New Roman" w:cs="Times New Roman"/>
            <w:color w:val="000000"/>
            <w:sz w:val="24"/>
            <w:szCs w:val="24"/>
          </w:rPr>
          <w:t>https://doi.org/10.1016/j.cbrev.2023.100128</w:t>
        </w:r>
      </w:hyperlink>
    </w:p>
    <w:p w14:paraId="15D27B3F" w14:textId="77777777" w:rsidR="00B00389" w:rsidRDefault="00000000">
      <w:pPr>
        <w:spacing w:beforeAutospacing="1" w:after="0" w:afterAutospacing="1" w:line="240" w:lineRule="auto"/>
        <w:ind w:left="360" w:hanging="360"/>
        <w:jc w:val="both"/>
        <w:rPr>
          <w:rFonts w:eastAsia="Times New Roman" w:cs="Times New Roman"/>
          <w:sz w:val="24"/>
          <w:szCs w:val="24"/>
        </w:rPr>
      </w:pPr>
      <w:proofErr w:type="spellStart"/>
      <w:r>
        <w:rPr>
          <w:rFonts w:eastAsia="Times New Roman" w:cs="Times New Roman"/>
          <w:b/>
          <w:sz w:val="24"/>
          <w:szCs w:val="24"/>
          <w:highlight w:val="yellow"/>
        </w:rPr>
        <w:t>Akims</w:t>
      </w:r>
      <w:proofErr w:type="spellEnd"/>
      <w:r>
        <w:rPr>
          <w:rFonts w:eastAsia="Times New Roman" w:cs="Times New Roman"/>
          <w:b/>
          <w:sz w:val="24"/>
          <w:szCs w:val="24"/>
          <w:highlight w:val="yellow"/>
        </w:rPr>
        <w:t xml:space="preserve">, M. A., &amp; </w:t>
      </w:r>
      <w:proofErr w:type="spellStart"/>
      <w:r>
        <w:rPr>
          <w:rFonts w:eastAsia="Times New Roman" w:cs="Times New Roman"/>
          <w:b/>
          <w:sz w:val="24"/>
          <w:szCs w:val="24"/>
          <w:highlight w:val="yellow"/>
        </w:rPr>
        <w:t>Akims</w:t>
      </w:r>
      <w:proofErr w:type="spellEnd"/>
      <w:r>
        <w:rPr>
          <w:rFonts w:eastAsia="Times New Roman" w:cs="Times New Roman"/>
          <w:b/>
          <w:sz w:val="24"/>
          <w:szCs w:val="24"/>
          <w:highlight w:val="yellow"/>
        </w:rPr>
        <w:t>, K. A. (2026). Firm level factors, market power, interest rate and financial stability of commercial banks in Nigeria. Asian Journal of Economics, Business and Accounting, 26(4), 309–328. https://doi.org/10.9734/ajeba/2026/v26i42240</w:t>
      </w:r>
    </w:p>
    <w:p w14:paraId="46CEEF16"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Alao, O., Joshua, A. A., </w:t>
      </w:r>
      <w:proofErr w:type="spellStart"/>
      <w:r w:rsidRPr="00707E64">
        <w:rPr>
          <w:rFonts w:eastAsia="Times New Roman" w:cs="Times New Roman"/>
          <w:sz w:val="24"/>
          <w:szCs w:val="24"/>
        </w:rPr>
        <w:t>Tomomewo</w:t>
      </w:r>
      <w:proofErr w:type="spellEnd"/>
      <w:r w:rsidRPr="00707E64">
        <w:rPr>
          <w:rFonts w:eastAsia="Times New Roman" w:cs="Times New Roman"/>
          <w:sz w:val="24"/>
          <w:szCs w:val="24"/>
        </w:rPr>
        <w:t xml:space="preserve">, A., &amp; Ige, O. E. (2024). Strategic survival of the Nigerian banking system post-COVID-19: An exploratory analysis. </w:t>
      </w:r>
      <w:r w:rsidRPr="00707E64">
        <w:rPr>
          <w:rFonts w:eastAsia="Times New Roman" w:cs="Times New Roman"/>
          <w:i/>
          <w:iCs/>
          <w:sz w:val="24"/>
          <w:szCs w:val="24"/>
        </w:rPr>
        <w:t>International Journal of Research Science and Management, 11</w:t>
      </w:r>
      <w:r w:rsidRPr="00707E64">
        <w:rPr>
          <w:rFonts w:eastAsia="Times New Roman" w:cs="Times New Roman"/>
          <w:sz w:val="24"/>
          <w:szCs w:val="24"/>
        </w:rPr>
        <w:t xml:space="preserve">(2), 15–27. </w:t>
      </w:r>
      <w:hyperlink r:id="rId7" w:tgtFrame="_new" w:history="1">
        <w:r w:rsidRPr="00707E64">
          <w:rPr>
            <w:rFonts w:eastAsia="Times New Roman" w:cs="Times New Roman"/>
            <w:color w:val="000000"/>
            <w:sz w:val="24"/>
            <w:szCs w:val="24"/>
          </w:rPr>
          <w:t>https://ijrsm.com/index.php/journal-ijrsm/article/view/755</w:t>
        </w:r>
      </w:hyperlink>
    </w:p>
    <w:p w14:paraId="0BB6F89C"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Ali, U. M. (2024). A comparative assessment of the performance of deposit money banks in Nigeria. </w:t>
      </w:r>
      <w:r w:rsidRPr="00707E64">
        <w:rPr>
          <w:rFonts w:eastAsia="Times New Roman" w:cs="Times New Roman"/>
          <w:i/>
          <w:iCs/>
          <w:sz w:val="24"/>
          <w:szCs w:val="24"/>
        </w:rPr>
        <w:t>The American Journal of Management and Economics Innovations, 6</w:t>
      </w:r>
      <w:r w:rsidRPr="00707E64">
        <w:rPr>
          <w:rFonts w:eastAsia="Times New Roman" w:cs="Times New Roman"/>
          <w:sz w:val="24"/>
          <w:szCs w:val="24"/>
        </w:rPr>
        <w:t xml:space="preserve">(5), 14–24. </w:t>
      </w:r>
      <w:hyperlink r:id="rId8">
        <w:r>
          <w:rPr>
            <w:rFonts w:eastAsia="Times New Roman" w:cs="Times New Roman"/>
            <w:color w:val="000000"/>
            <w:sz w:val="24"/>
            <w:szCs w:val="24"/>
          </w:rPr>
          <w:t>https://doi.org/10.37547/tajmei/Volume06Issue05-03</w:t>
        </w:r>
      </w:hyperlink>
    </w:p>
    <w:p w14:paraId="056C3571"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proofErr w:type="spellStart"/>
      <w:r w:rsidRPr="00707E64">
        <w:rPr>
          <w:rFonts w:eastAsia="Times New Roman" w:cs="Times New Roman"/>
          <w:sz w:val="24"/>
          <w:szCs w:val="24"/>
        </w:rPr>
        <w:lastRenderedPageBreak/>
        <w:t>Alsharari</w:t>
      </w:r>
      <w:proofErr w:type="spellEnd"/>
      <w:r w:rsidRPr="00707E64">
        <w:rPr>
          <w:rFonts w:eastAsia="Times New Roman" w:cs="Times New Roman"/>
          <w:sz w:val="24"/>
          <w:szCs w:val="24"/>
        </w:rPr>
        <w:t xml:space="preserve">, N. M. (2024). The interplay of strategic management accounting, business strategy and organizational change: As influenced by a configurational theory. </w:t>
      </w:r>
      <w:r w:rsidRPr="00707E64">
        <w:rPr>
          <w:rFonts w:eastAsia="Times New Roman" w:cs="Times New Roman"/>
          <w:i/>
          <w:iCs/>
          <w:sz w:val="24"/>
          <w:szCs w:val="24"/>
        </w:rPr>
        <w:t>Journal of Accounting &amp; Organizational Change, 20</w:t>
      </w:r>
      <w:r w:rsidRPr="00707E64">
        <w:rPr>
          <w:rFonts w:eastAsia="Times New Roman" w:cs="Times New Roman"/>
          <w:sz w:val="24"/>
          <w:szCs w:val="24"/>
        </w:rPr>
        <w:t xml:space="preserve">(1), 153–176. </w:t>
      </w:r>
      <w:hyperlink r:id="rId9">
        <w:r>
          <w:rPr>
            <w:rFonts w:eastAsia="Times New Roman" w:cs="Times New Roman"/>
            <w:color w:val="000000"/>
            <w:sz w:val="24"/>
            <w:szCs w:val="24"/>
          </w:rPr>
          <w:t>https://doi.org/10.1108/JAOC-09-2021-0130</w:t>
        </w:r>
      </w:hyperlink>
    </w:p>
    <w:p w14:paraId="234AEF71" w14:textId="77777777" w:rsidR="00B00389" w:rsidRDefault="00000000">
      <w:pPr>
        <w:spacing w:beforeAutospacing="1" w:after="0" w:afterAutospacing="1" w:line="240" w:lineRule="auto"/>
        <w:ind w:left="360" w:hanging="360"/>
        <w:jc w:val="both"/>
        <w:rPr>
          <w:rFonts w:eastAsia="Times New Roman" w:cs="Times New Roman"/>
          <w:sz w:val="24"/>
          <w:szCs w:val="24"/>
        </w:rPr>
      </w:pPr>
      <w:proofErr w:type="spellStart"/>
      <w:r>
        <w:rPr>
          <w:rFonts w:eastAsia="Times New Roman" w:cs="Times New Roman"/>
          <w:b/>
          <w:sz w:val="24"/>
          <w:szCs w:val="24"/>
          <w:highlight w:val="yellow"/>
        </w:rPr>
        <w:t>Anguren</w:t>
      </w:r>
      <w:proofErr w:type="spellEnd"/>
      <w:r>
        <w:rPr>
          <w:rFonts w:eastAsia="Times New Roman" w:cs="Times New Roman"/>
          <w:b/>
          <w:sz w:val="24"/>
          <w:szCs w:val="24"/>
          <w:highlight w:val="yellow"/>
        </w:rPr>
        <w:t>, R., Jiménez, G., &amp; Peydró, J.-L. (2024). Bank capital requirements and risk-taking: Evidence from Basel III. Journal of Financial Stability, 74, Article 101292. https://doi.org/10.1016/j.jfs.2024.101292</w:t>
      </w:r>
    </w:p>
    <w:p w14:paraId="0CD08F28"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Baker, H., </w:t>
      </w:r>
      <w:proofErr w:type="spellStart"/>
      <w:r w:rsidRPr="00707E64">
        <w:rPr>
          <w:rFonts w:eastAsia="Times New Roman" w:cs="Times New Roman"/>
          <w:sz w:val="24"/>
          <w:szCs w:val="24"/>
        </w:rPr>
        <w:t>Kaddumi</w:t>
      </w:r>
      <w:proofErr w:type="spellEnd"/>
      <w:r w:rsidRPr="00707E64">
        <w:rPr>
          <w:rFonts w:eastAsia="Times New Roman" w:cs="Times New Roman"/>
          <w:sz w:val="24"/>
          <w:szCs w:val="24"/>
        </w:rPr>
        <w:t xml:space="preserve">, T. A., Nassar, M. D., &amp; </w:t>
      </w:r>
      <w:proofErr w:type="spellStart"/>
      <w:r w:rsidRPr="00707E64">
        <w:rPr>
          <w:rFonts w:eastAsia="Times New Roman" w:cs="Times New Roman"/>
          <w:sz w:val="24"/>
          <w:szCs w:val="24"/>
        </w:rPr>
        <w:t>Muqattash</w:t>
      </w:r>
      <w:proofErr w:type="spellEnd"/>
      <w:r w:rsidRPr="00707E64">
        <w:rPr>
          <w:rFonts w:eastAsia="Times New Roman" w:cs="Times New Roman"/>
          <w:sz w:val="24"/>
          <w:szCs w:val="24"/>
        </w:rPr>
        <w:t xml:space="preserve">, R. S. (2023). Impact of financial technology on improvement of banks’ financial performance. </w:t>
      </w:r>
      <w:r w:rsidRPr="00707E64">
        <w:rPr>
          <w:rFonts w:eastAsia="Times New Roman" w:cs="Times New Roman"/>
          <w:i/>
          <w:iCs/>
          <w:sz w:val="24"/>
          <w:szCs w:val="24"/>
        </w:rPr>
        <w:t>Journal of Risk and Financial Management, 16</w:t>
      </w:r>
      <w:r w:rsidRPr="00707E64">
        <w:rPr>
          <w:rFonts w:eastAsia="Times New Roman" w:cs="Times New Roman"/>
          <w:sz w:val="24"/>
          <w:szCs w:val="24"/>
        </w:rPr>
        <w:t xml:space="preserve">(4), Article 230. </w:t>
      </w:r>
      <w:hyperlink r:id="rId10">
        <w:r>
          <w:rPr>
            <w:rFonts w:eastAsia="Times New Roman" w:cs="Times New Roman"/>
            <w:color w:val="000000"/>
            <w:sz w:val="24"/>
            <w:szCs w:val="24"/>
          </w:rPr>
          <w:t>https://doi.org/10.3390/jrfm16040230</w:t>
        </w:r>
      </w:hyperlink>
    </w:p>
    <w:p w14:paraId="3810A17C"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Bawa, J. K., &amp; Basu, S. (2020). Restructuring assets reform, 2013: Impact of operational ability, liquidity, bank capital, profitability and capital on bank credit risk. </w:t>
      </w:r>
      <w:r w:rsidRPr="00707E64">
        <w:rPr>
          <w:rFonts w:eastAsia="Times New Roman" w:cs="Times New Roman"/>
          <w:i/>
          <w:iCs/>
          <w:sz w:val="24"/>
          <w:szCs w:val="24"/>
        </w:rPr>
        <w:t>IIMB Management Review, 32</w:t>
      </w:r>
      <w:r w:rsidRPr="00707E64">
        <w:rPr>
          <w:rFonts w:eastAsia="Times New Roman" w:cs="Times New Roman"/>
          <w:sz w:val="24"/>
          <w:szCs w:val="24"/>
        </w:rPr>
        <w:t xml:space="preserve">(3), 267–279. </w:t>
      </w:r>
      <w:hyperlink r:id="rId11">
        <w:r>
          <w:rPr>
            <w:rFonts w:eastAsia="Times New Roman" w:cs="Times New Roman"/>
            <w:color w:val="000000"/>
            <w:sz w:val="24"/>
            <w:szCs w:val="24"/>
          </w:rPr>
          <w:t>https://doi.org/10.1016/j.iimb.2019.10.009</w:t>
        </w:r>
      </w:hyperlink>
    </w:p>
    <w:p w14:paraId="710FF579"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proofErr w:type="spellStart"/>
      <w:r w:rsidRPr="00707E64">
        <w:rPr>
          <w:rFonts w:eastAsia="Times New Roman" w:cs="Times New Roman"/>
          <w:sz w:val="24"/>
          <w:szCs w:val="24"/>
        </w:rPr>
        <w:t>Bayoud</w:t>
      </w:r>
      <w:proofErr w:type="spellEnd"/>
      <w:r w:rsidRPr="00707E64">
        <w:rPr>
          <w:rFonts w:eastAsia="Times New Roman" w:cs="Times New Roman"/>
          <w:sz w:val="24"/>
          <w:szCs w:val="24"/>
        </w:rPr>
        <w:t xml:space="preserve">, S. (2024). </w:t>
      </w:r>
      <w:proofErr w:type="spellStart"/>
      <w:r w:rsidRPr="00707E64">
        <w:rPr>
          <w:rFonts w:eastAsia="Times New Roman" w:cs="Times New Roman"/>
          <w:sz w:val="24"/>
          <w:szCs w:val="24"/>
        </w:rPr>
        <w:t>L’intermédiation</w:t>
      </w:r>
      <w:proofErr w:type="spellEnd"/>
      <w:r w:rsidRPr="00707E64">
        <w:rPr>
          <w:rFonts w:eastAsia="Times New Roman" w:cs="Times New Roman"/>
          <w:sz w:val="24"/>
          <w:szCs w:val="24"/>
        </w:rPr>
        <w:t xml:space="preserve"> </w:t>
      </w:r>
      <w:proofErr w:type="gramStart"/>
      <w:r w:rsidRPr="00707E64">
        <w:rPr>
          <w:rFonts w:eastAsia="Times New Roman" w:cs="Times New Roman"/>
          <w:sz w:val="24"/>
          <w:szCs w:val="24"/>
        </w:rPr>
        <w:t>financière :</w:t>
      </w:r>
      <w:proofErr w:type="gramEnd"/>
      <w:r w:rsidRPr="00707E64">
        <w:rPr>
          <w:rFonts w:eastAsia="Times New Roman" w:cs="Times New Roman"/>
          <w:sz w:val="24"/>
          <w:szCs w:val="24"/>
        </w:rPr>
        <w:t xml:space="preserve"> Une exploration des </w:t>
      </w:r>
      <w:proofErr w:type="spellStart"/>
      <w:r w:rsidRPr="00707E64">
        <w:rPr>
          <w:rFonts w:eastAsia="Times New Roman" w:cs="Times New Roman"/>
          <w:sz w:val="24"/>
          <w:szCs w:val="24"/>
        </w:rPr>
        <w:t>fondements</w:t>
      </w:r>
      <w:proofErr w:type="spellEnd"/>
      <w:r w:rsidRPr="00707E64">
        <w:rPr>
          <w:rFonts w:eastAsia="Times New Roman" w:cs="Times New Roman"/>
          <w:sz w:val="24"/>
          <w:szCs w:val="24"/>
        </w:rPr>
        <w:t xml:space="preserve"> </w:t>
      </w:r>
      <w:proofErr w:type="spellStart"/>
      <w:r w:rsidRPr="00707E64">
        <w:rPr>
          <w:rFonts w:eastAsia="Times New Roman" w:cs="Times New Roman"/>
          <w:sz w:val="24"/>
          <w:szCs w:val="24"/>
        </w:rPr>
        <w:t>théoriques</w:t>
      </w:r>
      <w:proofErr w:type="spellEnd"/>
      <w:r w:rsidRPr="00707E64">
        <w:rPr>
          <w:rFonts w:eastAsia="Times New Roman" w:cs="Times New Roman"/>
          <w:sz w:val="24"/>
          <w:szCs w:val="24"/>
        </w:rPr>
        <w:t xml:space="preserve">. </w:t>
      </w:r>
      <w:r w:rsidRPr="00707E64">
        <w:rPr>
          <w:rFonts w:eastAsia="Times New Roman" w:cs="Times New Roman"/>
          <w:i/>
          <w:iCs/>
          <w:sz w:val="24"/>
          <w:szCs w:val="24"/>
        </w:rPr>
        <w:t>African Scientific Journal, 3</w:t>
      </w:r>
      <w:r w:rsidRPr="00707E64">
        <w:rPr>
          <w:rFonts w:eastAsia="Times New Roman" w:cs="Times New Roman"/>
          <w:sz w:val="24"/>
          <w:szCs w:val="24"/>
        </w:rPr>
        <w:t xml:space="preserve">(22), 893–916. </w:t>
      </w:r>
      <w:hyperlink r:id="rId12">
        <w:r>
          <w:rPr>
            <w:rFonts w:eastAsia="Times New Roman" w:cs="Times New Roman"/>
            <w:color w:val="000000"/>
            <w:sz w:val="24"/>
            <w:szCs w:val="24"/>
          </w:rPr>
          <w:t>https://doi.org/10.5281/zenodo.10820868</w:t>
        </w:r>
      </w:hyperlink>
    </w:p>
    <w:p w14:paraId="0C492496"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Belay, N. A. (2024). </w:t>
      </w:r>
      <w:r w:rsidRPr="00707E64">
        <w:rPr>
          <w:rFonts w:eastAsia="Times New Roman" w:cs="Times New Roman"/>
          <w:i/>
          <w:iCs/>
          <w:sz w:val="24"/>
          <w:szCs w:val="24"/>
        </w:rPr>
        <w:t>Effect of asset and liability management on profitability: Empirical evidence from commercial banks in Ethiopia</w:t>
      </w:r>
      <w:r w:rsidRPr="00707E64">
        <w:rPr>
          <w:rFonts w:eastAsia="Times New Roman" w:cs="Times New Roman"/>
          <w:sz w:val="24"/>
          <w:szCs w:val="24"/>
        </w:rPr>
        <w:t xml:space="preserve">. SSRN. </w:t>
      </w:r>
      <w:hyperlink r:id="rId13" w:tgtFrame="_new" w:history="1">
        <w:r w:rsidRPr="00707E64">
          <w:rPr>
            <w:rFonts w:eastAsia="Times New Roman" w:cs="Times New Roman"/>
            <w:color w:val="000000"/>
            <w:sz w:val="24"/>
            <w:szCs w:val="24"/>
          </w:rPr>
          <w:t>https://doi.org/10.2139/ssrn.4844740</w:t>
        </w:r>
      </w:hyperlink>
    </w:p>
    <w:p w14:paraId="6D0D4B42"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Bethune, Z., </w:t>
      </w:r>
      <w:proofErr w:type="spellStart"/>
      <w:r w:rsidRPr="00707E64">
        <w:rPr>
          <w:rFonts w:eastAsia="Times New Roman" w:cs="Times New Roman"/>
          <w:sz w:val="24"/>
          <w:szCs w:val="24"/>
        </w:rPr>
        <w:t>Sultanum</w:t>
      </w:r>
      <w:proofErr w:type="spellEnd"/>
      <w:r w:rsidRPr="00707E64">
        <w:rPr>
          <w:rFonts w:eastAsia="Times New Roman" w:cs="Times New Roman"/>
          <w:sz w:val="24"/>
          <w:szCs w:val="24"/>
        </w:rPr>
        <w:t xml:space="preserve">, B., &amp; </w:t>
      </w:r>
      <w:proofErr w:type="spellStart"/>
      <w:r w:rsidRPr="00707E64">
        <w:rPr>
          <w:rFonts w:eastAsia="Times New Roman" w:cs="Times New Roman"/>
          <w:sz w:val="24"/>
          <w:szCs w:val="24"/>
        </w:rPr>
        <w:t>Trachter</w:t>
      </w:r>
      <w:proofErr w:type="spellEnd"/>
      <w:r w:rsidRPr="00707E64">
        <w:rPr>
          <w:rFonts w:eastAsia="Times New Roman" w:cs="Times New Roman"/>
          <w:sz w:val="24"/>
          <w:szCs w:val="24"/>
        </w:rPr>
        <w:t xml:space="preserve">, N. (2022). An information-based theory of financial intermediation. </w:t>
      </w:r>
      <w:r w:rsidRPr="00707E64">
        <w:rPr>
          <w:rFonts w:eastAsia="Times New Roman" w:cs="Times New Roman"/>
          <w:i/>
          <w:iCs/>
          <w:sz w:val="24"/>
          <w:szCs w:val="24"/>
        </w:rPr>
        <w:t>The Review of Economic Studies, 89</w:t>
      </w:r>
      <w:r w:rsidRPr="00707E64">
        <w:rPr>
          <w:rFonts w:eastAsia="Times New Roman" w:cs="Times New Roman"/>
          <w:sz w:val="24"/>
          <w:szCs w:val="24"/>
        </w:rPr>
        <w:t xml:space="preserve">(5), 2381–2444. </w:t>
      </w:r>
      <w:hyperlink r:id="rId14" w:tgtFrame="_new" w:history="1">
        <w:r w:rsidRPr="00707E64">
          <w:rPr>
            <w:rFonts w:eastAsia="Times New Roman" w:cs="Times New Roman"/>
            <w:color w:val="000000"/>
            <w:sz w:val="24"/>
            <w:szCs w:val="24"/>
          </w:rPr>
          <w:t>https://doi.org/10.1093/restud/rdab092</w:t>
        </w:r>
      </w:hyperlink>
    </w:p>
    <w:p w14:paraId="320D08BB"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Bhuiya, M. M. M., &amp; Russel, A. H. (2023). Green finance for sustainable banking: The Australian perspective. In S. Alam &amp; S. </w:t>
      </w:r>
      <w:proofErr w:type="spellStart"/>
      <w:r w:rsidRPr="00707E64">
        <w:rPr>
          <w:rFonts w:eastAsia="Times New Roman" w:cs="Times New Roman"/>
          <w:sz w:val="24"/>
          <w:szCs w:val="24"/>
        </w:rPr>
        <w:t>Sosnovskikh</w:t>
      </w:r>
      <w:proofErr w:type="spellEnd"/>
      <w:r w:rsidRPr="00707E64">
        <w:rPr>
          <w:rFonts w:eastAsia="Times New Roman" w:cs="Times New Roman"/>
          <w:sz w:val="24"/>
          <w:szCs w:val="24"/>
        </w:rPr>
        <w:t xml:space="preserve"> (Eds.), </w:t>
      </w:r>
      <w:r w:rsidRPr="00707E64">
        <w:rPr>
          <w:rFonts w:eastAsia="Times New Roman" w:cs="Times New Roman"/>
          <w:i/>
          <w:iCs/>
          <w:sz w:val="24"/>
          <w:szCs w:val="24"/>
        </w:rPr>
        <w:t>Environmental finance and green banking: Contemporary and emerging issues</w:t>
      </w:r>
      <w:r w:rsidRPr="00707E64">
        <w:rPr>
          <w:rFonts w:eastAsia="Times New Roman" w:cs="Times New Roman"/>
          <w:sz w:val="24"/>
          <w:szCs w:val="24"/>
        </w:rPr>
        <w:t xml:space="preserve"> (pp. 85–108). Routledge. </w:t>
      </w:r>
      <w:hyperlink r:id="rId15">
        <w:r>
          <w:rPr>
            <w:rFonts w:eastAsia="Times New Roman" w:cs="Times New Roman"/>
            <w:color w:val="000000"/>
            <w:sz w:val="24"/>
            <w:szCs w:val="24"/>
          </w:rPr>
          <w:t>https://doi.org/10.4324/9781003206194-6</w:t>
        </w:r>
      </w:hyperlink>
    </w:p>
    <w:p w14:paraId="3914BB2F"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Bui, H., &amp; </w:t>
      </w:r>
      <w:proofErr w:type="spellStart"/>
      <w:r w:rsidRPr="00707E64">
        <w:rPr>
          <w:rFonts w:eastAsia="Times New Roman" w:cs="Times New Roman"/>
          <w:sz w:val="24"/>
          <w:szCs w:val="24"/>
        </w:rPr>
        <w:t>Krajcsák</w:t>
      </w:r>
      <w:proofErr w:type="spellEnd"/>
      <w:r w:rsidRPr="00707E64">
        <w:rPr>
          <w:rFonts w:eastAsia="Times New Roman" w:cs="Times New Roman"/>
          <w:sz w:val="24"/>
          <w:szCs w:val="24"/>
        </w:rPr>
        <w:t xml:space="preserve">, Z. (2024). The impacts of corporate governance on firms’ performance: From theories and approaches to empirical findings. </w:t>
      </w:r>
      <w:r w:rsidRPr="00707E64">
        <w:rPr>
          <w:rFonts w:eastAsia="Times New Roman" w:cs="Times New Roman"/>
          <w:i/>
          <w:iCs/>
          <w:sz w:val="24"/>
          <w:szCs w:val="24"/>
        </w:rPr>
        <w:t>Journal of Financial Regulation and Compliance, 32</w:t>
      </w:r>
      <w:r w:rsidRPr="00707E64">
        <w:rPr>
          <w:rFonts w:eastAsia="Times New Roman" w:cs="Times New Roman"/>
          <w:sz w:val="24"/>
          <w:szCs w:val="24"/>
        </w:rPr>
        <w:t xml:space="preserve">(1), 18–46. </w:t>
      </w:r>
      <w:hyperlink r:id="rId16" w:tgtFrame="_new" w:history="1">
        <w:r w:rsidRPr="00707E64">
          <w:rPr>
            <w:rFonts w:eastAsia="Times New Roman" w:cs="Times New Roman"/>
            <w:color w:val="000000"/>
            <w:sz w:val="24"/>
            <w:szCs w:val="24"/>
          </w:rPr>
          <w:t>https://doi.org/10.1108/JFRC-01-2023-0012</w:t>
        </w:r>
      </w:hyperlink>
    </w:p>
    <w:p w14:paraId="6B5DDE53"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proofErr w:type="spellStart"/>
      <w:r w:rsidRPr="00707E64">
        <w:rPr>
          <w:rFonts w:eastAsia="Times New Roman" w:cs="Times New Roman"/>
          <w:sz w:val="24"/>
          <w:szCs w:val="24"/>
        </w:rPr>
        <w:t>Challoumis</w:t>
      </w:r>
      <w:proofErr w:type="spellEnd"/>
      <w:r w:rsidRPr="00707E64">
        <w:rPr>
          <w:rFonts w:eastAsia="Times New Roman" w:cs="Times New Roman"/>
          <w:sz w:val="24"/>
          <w:szCs w:val="24"/>
        </w:rPr>
        <w:t xml:space="preserve">, C., &amp; </w:t>
      </w:r>
      <w:proofErr w:type="spellStart"/>
      <w:r w:rsidRPr="00707E64">
        <w:rPr>
          <w:rFonts w:eastAsia="Times New Roman" w:cs="Times New Roman"/>
          <w:sz w:val="24"/>
          <w:szCs w:val="24"/>
        </w:rPr>
        <w:t>Eriotis</w:t>
      </w:r>
      <w:proofErr w:type="spellEnd"/>
      <w:r w:rsidRPr="00707E64">
        <w:rPr>
          <w:rFonts w:eastAsia="Times New Roman" w:cs="Times New Roman"/>
          <w:sz w:val="24"/>
          <w:szCs w:val="24"/>
        </w:rPr>
        <w:t xml:space="preserve">, N. (2024). A historical analysis of the banking system and its impact on the Greek economy. </w:t>
      </w:r>
      <w:r w:rsidRPr="00707E64">
        <w:rPr>
          <w:rFonts w:eastAsia="Times New Roman" w:cs="Times New Roman"/>
          <w:i/>
          <w:iCs/>
          <w:sz w:val="24"/>
          <w:szCs w:val="24"/>
        </w:rPr>
        <w:t>Edelweiss Applied Science and Technology, 8</w:t>
      </w:r>
      <w:r w:rsidRPr="00707E64">
        <w:rPr>
          <w:rFonts w:eastAsia="Times New Roman" w:cs="Times New Roman"/>
          <w:sz w:val="24"/>
          <w:szCs w:val="24"/>
        </w:rPr>
        <w:t xml:space="preserve">(6), 1598–1617. </w:t>
      </w:r>
      <w:hyperlink r:id="rId17">
        <w:r>
          <w:rPr>
            <w:rFonts w:eastAsia="Times New Roman" w:cs="Times New Roman"/>
            <w:color w:val="000000"/>
            <w:sz w:val="24"/>
            <w:szCs w:val="24"/>
          </w:rPr>
          <w:t>https://doi.org/10.55214/25768484.v8i6.2282</w:t>
        </w:r>
      </w:hyperlink>
    </w:p>
    <w:p w14:paraId="0B2717B5"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proofErr w:type="spellStart"/>
      <w:r w:rsidRPr="00707E64">
        <w:rPr>
          <w:rFonts w:eastAsia="Times New Roman" w:cs="Times New Roman"/>
          <w:sz w:val="24"/>
          <w:szCs w:val="24"/>
        </w:rPr>
        <w:t>Closset</w:t>
      </w:r>
      <w:proofErr w:type="spellEnd"/>
      <w:r w:rsidRPr="00707E64">
        <w:rPr>
          <w:rFonts w:eastAsia="Times New Roman" w:cs="Times New Roman"/>
          <w:sz w:val="24"/>
          <w:szCs w:val="24"/>
        </w:rPr>
        <w:t xml:space="preserve">, F., Großmann, C., </w:t>
      </w:r>
      <w:proofErr w:type="spellStart"/>
      <w:r w:rsidRPr="00707E64">
        <w:rPr>
          <w:rFonts w:eastAsia="Times New Roman" w:cs="Times New Roman"/>
          <w:sz w:val="24"/>
          <w:szCs w:val="24"/>
        </w:rPr>
        <w:t>Kaserer</w:t>
      </w:r>
      <w:proofErr w:type="spellEnd"/>
      <w:r w:rsidRPr="00707E64">
        <w:rPr>
          <w:rFonts w:eastAsia="Times New Roman" w:cs="Times New Roman"/>
          <w:sz w:val="24"/>
          <w:szCs w:val="24"/>
        </w:rPr>
        <w:t xml:space="preserve">, C., &amp; Urban, D. (2023). Corporate restructuring and creditor power: Evidence from European insolvency law reforms. </w:t>
      </w:r>
      <w:r w:rsidRPr="00707E64">
        <w:rPr>
          <w:rFonts w:eastAsia="Times New Roman" w:cs="Times New Roman"/>
          <w:i/>
          <w:iCs/>
          <w:sz w:val="24"/>
          <w:szCs w:val="24"/>
        </w:rPr>
        <w:t>Journal of Banking &amp; Finance, 149</w:t>
      </w:r>
      <w:r w:rsidRPr="00707E64">
        <w:rPr>
          <w:rFonts w:eastAsia="Times New Roman" w:cs="Times New Roman"/>
          <w:sz w:val="24"/>
          <w:szCs w:val="24"/>
        </w:rPr>
        <w:t xml:space="preserve">, Article 106756. </w:t>
      </w:r>
      <w:hyperlink r:id="rId18">
        <w:r>
          <w:rPr>
            <w:rFonts w:eastAsia="Times New Roman" w:cs="Times New Roman"/>
            <w:color w:val="000000"/>
            <w:sz w:val="24"/>
            <w:szCs w:val="24"/>
          </w:rPr>
          <w:t>https://doi.org/10.1016/j.jbankfin.2022.106756</w:t>
        </w:r>
      </w:hyperlink>
    </w:p>
    <w:p w14:paraId="75C53079"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Cookey, S. C. M., </w:t>
      </w:r>
      <w:proofErr w:type="spellStart"/>
      <w:r w:rsidRPr="00707E64">
        <w:rPr>
          <w:rFonts w:eastAsia="Times New Roman" w:cs="Times New Roman"/>
          <w:sz w:val="24"/>
          <w:szCs w:val="24"/>
        </w:rPr>
        <w:t>Nwanyanwu</w:t>
      </w:r>
      <w:proofErr w:type="spellEnd"/>
      <w:r w:rsidRPr="00707E64">
        <w:rPr>
          <w:rFonts w:eastAsia="Times New Roman" w:cs="Times New Roman"/>
          <w:sz w:val="24"/>
          <w:szCs w:val="24"/>
        </w:rPr>
        <w:t xml:space="preserve">, H. D., &amp; </w:t>
      </w:r>
      <w:proofErr w:type="spellStart"/>
      <w:r w:rsidRPr="00707E64">
        <w:rPr>
          <w:rFonts w:eastAsia="Times New Roman" w:cs="Times New Roman"/>
          <w:sz w:val="24"/>
          <w:szCs w:val="24"/>
        </w:rPr>
        <w:t>Igbara</w:t>
      </w:r>
      <w:proofErr w:type="spellEnd"/>
      <w:r w:rsidRPr="00707E64">
        <w:rPr>
          <w:rFonts w:eastAsia="Times New Roman" w:cs="Times New Roman"/>
          <w:sz w:val="24"/>
          <w:szCs w:val="24"/>
        </w:rPr>
        <w:t xml:space="preserve">, N. (2023). Empirical analysis of banking sector </w:t>
      </w:r>
      <w:proofErr w:type="spellStart"/>
      <w:r w:rsidRPr="00707E64">
        <w:rPr>
          <w:rFonts w:eastAsia="Times New Roman" w:cs="Times New Roman"/>
          <w:sz w:val="24"/>
          <w:szCs w:val="24"/>
        </w:rPr>
        <w:t>recapitalisation</w:t>
      </w:r>
      <w:proofErr w:type="spellEnd"/>
      <w:r w:rsidRPr="00707E64">
        <w:rPr>
          <w:rFonts w:eastAsia="Times New Roman" w:cs="Times New Roman"/>
          <w:sz w:val="24"/>
          <w:szCs w:val="24"/>
        </w:rPr>
        <w:t xml:space="preserve"> and performance in Nigeria: A holistic approach. </w:t>
      </w:r>
      <w:r w:rsidRPr="00707E64">
        <w:rPr>
          <w:rFonts w:eastAsia="Times New Roman" w:cs="Times New Roman"/>
          <w:i/>
          <w:iCs/>
          <w:sz w:val="24"/>
          <w:szCs w:val="24"/>
        </w:rPr>
        <w:t>Journal of Global Interdependence and Economic Sustainability, 2</w:t>
      </w:r>
      <w:r w:rsidRPr="00707E64">
        <w:rPr>
          <w:rFonts w:eastAsia="Times New Roman" w:cs="Times New Roman"/>
          <w:sz w:val="24"/>
          <w:szCs w:val="24"/>
        </w:rPr>
        <w:t xml:space="preserve">(8), 1–13. </w:t>
      </w:r>
      <w:hyperlink r:id="rId19" w:tgtFrame="_new" w:history="1">
        <w:r w:rsidRPr="00707E64">
          <w:rPr>
            <w:rFonts w:eastAsia="Times New Roman" w:cs="Times New Roman"/>
            <w:color w:val="000000"/>
            <w:sz w:val="24"/>
            <w:szCs w:val="24"/>
          </w:rPr>
          <w:t>https://www.openjournals.ijaar.org/index.php/jgies/article/view/87</w:t>
        </w:r>
      </w:hyperlink>
    </w:p>
    <w:p w14:paraId="28E19B3A" w14:textId="77777777" w:rsidR="00B00389" w:rsidRDefault="00000000">
      <w:pPr>
        <w:spacing w:beforeAutospacing="1" w:after="0" w:afterAutospacing="1" w:line="240" w:lineRule="auto"/>
        <w:ind w:left="360" w:hanging="360"/>
        <w:jc w:val="both"/>
        <w:rPr>
          <w:rFonts w:eastAsia="Times New Roman" w:cs="Times New Roman"/>
          <w:sz w:val="24"/>
          <w:szCs w:val="24"/>
        </w:rPr>
      </w:pPr>
      <w:proofErr w:type="spellStart"/>
      <w:r>
        <w:rPr>
          <w:rFonts w:eastAsia="Times New Roman" w:cs="Times New Roman"/>
          <w:b/>
          <w:sz w:val="24"/>
          <w:szCs w:val="24"/>
          <w:highlight w:val="yellow"/>
        </w:rPr>
        <w:lastRenderedPageBreak/>
        <w:t>Danisman</w:t>
      </w:r>
      <w:proofErr w:type="spellEnd"/>
      <w:r>
        <w:rPr>
          <w:rFonts w:eastAsia="Times New Roman" w:cs="Times New Roman"/>
          <w:b/>
          <w:sz w:val="24"/>
          <w:szCs w:val="24"/>
          <w:highlight w:val="yellow"/>
        </w:rPr>
        <w:t>, G. O., &amp; Tarazi, A. (2024). Economic policy uncertainty and bank stability: Size, capital, and liquidity matter. The Quarterly Review of Economics and Finance, 93, 102–118. https://doi.org/10.1016/j.qref.2023.11.008</w:t>
      </w:r>
    </w:p>
    <w:p w14:paraId="720CD0EA"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proofErr w:type="spellStart"/>
      <w:r w:rsidRPr="00707E64">
        <w:rPr>
          <w:rFonts w:eastAsia="Times New Roman" w:cs="Times New Roman"/>
          <w:sz w:val="24"/>
          <w:szCs w:val="24"/>
        </w:rPr>
        <w:t>Darmayanthi</w:t>
      </w:r>
      <w:proofErr w:type="spellEnd"/>
      <w:r w:rsidRPr="00707E64">
        <w:rPr>
          <w:rFonts w:eastAsia="Times New Roman" w:cs="Times New Roman"/>
          <w:sz w:val="24"/>
          <w:szCs w:val="24"/>
        </w:rPr>
        <w:t xml:space="preserve">, J., Rama Nopiana, P., Susanthi, P. R., &amp; Sari, A. P. (2024). Analysis of financial performance due to credit restructuring policy at Batam City BPR. </w:t>
      </w:r>
      <w:r w:rsidRPr="00707E64">
        <w:rPr>
          <w:rFonts w:eastAsia="Times New Roman" w:cs="Times New Roman"/>
          <w:i/>
          <w:iCs/>
          <w:sz w:val="24"/>
          <w:szCs w:val="24"/>
        </w:rPr>
        <w:t>International Journal of Islamic Business and Management Review, 4</w:t>
      </w:r>
      <w:r w:rsidRPr="00707E64">
        <w:rPr>
          <w:rFonts w:eastAsia="Times New Roman" w:cs="Times New Roman"/>
          <w:sz w:val="24"/>
          <w:szCs w:val="24"/>
        </w:rPr>
        <w:t xml:space="preserve">(1), 42–54. </w:t>
      </w:r>
      <w:hyperlink r:id="rId20" w:tgtFrame="_new" w:history="1">
        <w:r w:rsidRPr="00707E64">
          <w:rPr>
            <w:rFonts w:eastAsia="Times New Roman" w:cs="Times New Roman"/>
            <w:color w:val="000000"/>
            <w:sz w:val="24"/>
            <w:szCs w:val="24"/>
          </w:rPr>
          <w:t>https://doi.org/10.54099/ijibmr.v4i1.1025</w:t>
        </w:r>
      </w:hyperlink>
    </w:p>
    <w:p w14:paraId="70B7A0D5"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Dzingirai, M., &amp; </w:t>
      </w:r>
      <w:proofErr w:type="spellStart"/>
      <w:r w:rsidRPr="00707E64">
        <w:rPr>
          <w:rFonts w:eastAsia="Times New Roman" w:cs="Times New Roman"/>
          <w:sz w:val="24"/>
          <w:szCs w:val="24"/>
        </w:rPr>
        <w:t>Baporikar</w:t>
      </w:r>
      <w:proofErr w:type="spellEnd"/>
      <w:r w:rsidRPr="00707E64">
        <w:rPr>
          <w:rFonts w:eastAsia="Times New Roman" w:cs="Times New Roman"/>
          <w:sz w:val="24"/>
          <w:szCs w:val="24"/>
        </w:rPr>
        <w:t xml:space="preserve">, N. (2022). Financial restructuring and commercial banks’ performance nexus in Zimbabwe. </w:t>
      </w:r>
      <w:r w:rsidRPr="00707E64">
        <w:rPr>
          <w:rFonts w:eastAsia="Times New Roman" w:cs="Times New Roman"/>
          <w:i/>
          <w:iCs/>
          <w:sz w:val="24"/>
          <w:szCs w:val="24"/>
        </w:rPr>
        <w:t>International Journal of Corporate Finance and Accounting, 9</w:t>
      </w:r>
      <w:r w:rsidRPr="00707E64">
        <w:rPr>
          <w:rFonts w:eastAsia="Times New Roman" w:cs="Times New Roman"/>
          <w:sz w:val="24"/>
          <w:szCs w:val="24"/>
        </w:rPr>
        <w:t xml:space="preserve">(1), 1–13. </w:t>
      </w:r>
      <w:hyperlink r:id="rId21" w:tgtFrame="_new" w:history="1">
        <w:r w:rsidRPr="00707E64">
          <w:rPr>
            <w:rFonts w:eastAsia="Times New Roman" w:cs="Times New Roman"/>
            <w:color w:val="000000"/>
            <w:sz w:val="24"/>
            <w:szCs w:val="24"/>
          </w:rPr>
          <w:t>https://doi.org/10.4018/IJCFA.312567</w:t>
        </w:r>
      </w:hyperlink>
    </w:p>
    <w:p w14:paraId="4FA20716"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Elrayah, M., &amp; </w:t>
      </w:r>
      <w:proofErr w:type="spellStart"/>
      <w:r w:rsidRPr="00707E64">
        <w:rPr>
          <w:rFonts w:eastAsia="Times New Roman" w:cs="Times New Roman"/>
          <w:sz w:val="24"/>
          <w:szCs w:val="24"/>
        </w:rPr>
        <w:t>Jalingo</w:t>
      </w:r>
      <w:proofErr w:type="spellEnd"/>
      <w:r w:rsidRPr="00707E64">
        <w:rPr>
          <w:rFonts w:eastAsia="Times New Roman" w:cs="Times New Roman"/>
          <w:sz w:val="24"/>
          <w:szCs w:val="24"/>
        </w:rPr>
        <w:t xml:space="preserve">, M. U. (2023). Capital structure dynamics: Evaluating financial performance through financial accountability and investment decision: Moderating influence of internal control systems. </w:t>
      </w:r>
      <w:proofErr w:type="spellStart"/>
      <w:r w:rsidRPr="00707E64">
        <w:rPr>
          <w:rFonts w:eastAsia="Times New Roman" w:cs="Times New Roman"/>
          <w:i/>
          <w:iCs/>
          <w:sz w:val="24"/>
          <w:szCs w:val="24"/>
        </w:rPr>
        <w:t>Cuadernos</w:t>
      </w:r>
      <w:proofErr w:type="spellEnd"/>
      <w:r w:rsidRPr="00707E64">
        <w:rPr>
          <w:rFonts w:eastAsia="Times New Roman" w:cs="Times New Roman"/>
          <w:i/>
          <w:iCs/>
          <w:sz w:val="24"/>
          <w:szCs w:val="24"/>
        </w:rPr>
        <w:t xml:space="preserve"> de Economía, 46</w:t>
      </w:r>
      <w:r w:rsidRPr="00707E64">
        <w:rPr>
          <w:rFonts w:eastAsia="Times New Roman" w:cs="Times New Roman"/>
          <w:sz w:val="24"/>
          <w:szCs w:val="24"/>
        </w:rPr>
        <w:t xml:space="preserve">(132), 79–91. </w:t>
      </w:r>
      <w:hyperlink r:id="rId22" w:tgtFrame="_new" w:history="1">
        <w:r w:rsidRPr="00707E64">
          <w:rPr>
            <w:rFonts w:eastAsia="Times New Roman" w:cs="Times New Roman"/>
            <w:color w:val="000000"/>
            <w:sz w:val="24"/>
            <w:szCs w:val="24"/>
          </w:rPr>
          <w:t>https://cude.es/submit-a-manuscript/index.php/CUDE/article/view/453</w:t>
        </w:r>
      </w:hyperlink>
    </w:p>
    <w:p w14:paraId="15F6ACA3"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Indy, L. A., </w:t>
      </w:r>
      <w:proofErr w:type="spellStart"/>
      <w:r w:rsidRPr="00707E64">
        <w:rPr>
          <w:rFonts w:eastAsia="Times New Roman" w:cs="Times New Roman"/>
          <w:sz w:val="24"/>
          <w:szCs w:val="24"/>
        </w:rPr>
        <w:t>Uzliawati</w:t>
      </w:r>
      <w:proofErr w:type="spellEnd"/>
      <w:r w:rsidRPr="00707E64">
        <w:rPr>
          <w:rFonts w:eastAsia="Times New Roman" w:cs="Times New Roman"/>
          <w:sz w:val="24"/>
          <w:szCs w:val="24"/>
        </w:rPr>
        <w:t xml:space="preserve">, L., &amp; Yulianto, A. S. (2023). Managerial ownership, profitability, and firm value: An agency theory perspective. </w:t>
      </w:r>
      <w:r w:rsidRPr="00707E64">
        <w:rPr>
          <w:rFonts w:eastAsia="Times New Roman" w:cs="Times New Roman"/>
          <w:i/>
          <w:iCs/>
          <w:sz w:val="24"/>
          <w:szCs w:val="24"/>
        </w:rPr>
        <w:t>Enrichment: Journal of Management, 13</w:t>
      </w:r>
      <w:r w:rsidRPr="00707E64">
        <w:rPr>
          <w:rFonts w:eastAsia="Times New Roman" w:cs="Times New Roman"/>
          <w:sz w:val="24"/>
          <w:szCs w:val="24"/>
        </w:rPr>
        <w:t xml:space="preserve">(1), 619–626. </w:t>
      </w:r>
      <w:hyperlink r:id="rId23" w:tgtFrame="_new" w:history="1">
        <w:r w:rsidRPr="00707E64">
          <w:rPr>
            <w:rFonts w:eastAsia="Times New Roman" w:cs="Times New Roman"/>
            <w:color w:val="000000"/>
            <w:sz w:val="24"/>
            <w:szCs w:val="24"/>
          </w:rPr>
          <w:t>https://doi.org/10.35335/enrichment.v13i1.1224</w:t>
        </w:r>
      </w:hyperlink>
    </w:p>
    <w:p w14:paraId="3349B44B"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proofErr w:type="spellStart"/>
      <w:r w:rsidRPr="00707E64">
        <w:rPr>
          <w:rFonts w:eastAsia="Times New Roman" w:cs="Times New Roman"/>
          <w:sz w:val="24"/>
          <w:szCs w:val="24"/>
        </w:rPr>
        <w:t>Ingow</w:t>
      </w:r>
      <w:proofErr w:type="spellEnd"/>
      <w:r w:rsidRPr="00707E64">
        <w:rPr>
          <w:rFonts w:eastAsia="Times New Roman" w:cs="Times New Roman"/>
          <w:sz w:val="24"/>
          <w:szCs w:val="24"/>
        </w:rPr>
        <w:t xml:space="preserve">, A. U., &amp; </w:t>
      </w:r>
      <w:proofErr w:type="spellStart"/>
      <w:r w:rsidRPr="00707E64">
        <w:rPr>
          <w:rFonts w:eastAsia="Times New Roman" w:cs="Times New Roman"/>
          <w:sz w:val="24"/>
          <w:szCs w:val="24"/>
        </w:rPr>
        <w:t>Opuodho</w:t>
      </w:r>
      <w:proofErr w:type="spellEnd"/>
      <w:r w:rsidRPr="00707E64">
        <w:rPr>
          <w:rFonts w:eastAsia="Times New Roman" w:cs="Times New Roman"/>
          <w:sz w:val="24"/>
          <w:szCs w:val="24"/>
        </w:rPr>
        <w:t xml:space="preserve">, G. (2019). Effect of corporate restructuring on financial performance of SACCOs in Kenya. </w:t>
      </w:r>
      <w:r w:rsidRPr="00707E64">
        <w:rPr>
          <w:rFonts w:eastAsia="Times New Roman" w:cs="Times New Roman"/>
          <w:i/>
          <w:iCs/>
          <w:sz w:val="24"/>
          <w:szCs w:val="24"/>
        </w:rPr>
        <w:t>International Journal of Recent Research in Commerce, Economics and Management, 6</w:t>
      </w:r>
      <w:r w:rsidRPr="00707E64">
        <w:rPr>
          <w:rFonts w:eastAsia="Times New Roman" w:cs="Times New Roman"/>
          <w:sz w:val="24"/>
          <w:szCs w:val="24"/>
        </w:rPr>
        <w:t xml:space="preserve">(4), 199–204. </w:t>
      </w:r>
      <w:hyperlink r:id="rId24" w:tgtFrame="_new" w:history="1">
        <w:r w:rsidRPr="00707E64">
          <w:rPr>
            <w:rFonts w:eastAsia="Times New Roman" w:cs="Times New Roman"/>
            <w:color w:val="000000"/>
            <w:sz w:val="24"/>
            <w:szCs w:val="24"/>
          </w:rPr>
          <w:t>https://www.paperpublications.org/upload/book/EFFECT%20OF%20CORPORATE%20RESTRUCTURING-1430.pdf</w:t>
        </w:r>
      </w:hyperlink>
    </w:p>
    <w:p w14:paraId="2D967B3D"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proofErr w:type="spellStart"/>
      <w:r w:rsidRPr="00707E64">
        <w:rPr>
          <w:rFonts w:eastAsia="Times New Roman" w:cs="Times New Roman"/>
          <w:sz w:val="24"/>
          <w:szCs w:val="24"/>
        </w:rPr>
        <w:t>Isabwa</w:t>
      </w:r>
      <w:proofErr w:type="spellEnd"/>
      <w:r w:rsidRPr="00707E64">
        <w:rPr>
          <w:rFonts w:eastAsia="Times New Roman" w:cs="Times New Roman"/>
          <w:sz w:val="24"/>
          <w:szCs w:val="24"/>
        </w:rPr>
        <w:t xml:space="preserve">, H. K., &amp; </w:t>
      </w:r>
      <w:proofErr w:type="spellStart"/>
      <w:r w:rsidRPr="00707E64">
        <w:rPr>
          <w:rFonts w:eastAsia="Times New Roman" w:cs="Times New Roman"/>
          <w:sz w:val="24"/>
          <w:szCs w:val="24"/>
        </w:rPr>
        <w:t>Mabonga</w:t>
      </w:r>
      <w:proofErr w:type="spellEnd"/>
      <w:r w:rsidRPr="00707E64">
        <w:rPr>
          <w:rFonts w:eastAsia="Times New Roman" w:cs="Times New Roman"/>
          <w:sz w:val="24"/>
          <w:szCs w:val="24"/>
        </w:rPr>
        <w:t xml:space="preserve">, W. M. (2019). Financial restructuring and non-financial performance of Pan Africa Insurance Holding Company, Kenya. </w:t>
      </w:r>
      <w:r w:rsidRPr="00707E64">
        <w:rPr>
          <w:rFonts w:eastAsia="Times New Roman" w:cs="Times New Roman"/>
          <w:i/>
          <w:iCs/>
          <w:sz w:val="24"/>
          <w:szCs w:val="24"/>
        </w:rPr>
        <w:t>International Journal of Research in Finance and Marketing, 9</w:t>
      </w:r>
      <w:r w:rsidRPr="00707E64">
        <w:rPr>
          <w:rFonts w:eastAsia="Times New Roman" w:cs="Times New Roman"/>
          <w:sz w:val="24"/>
          <w:szCs w:val="24"/>
        </w:rPr>
        <w:t xml:space="preserve">(4), 20–40. </w:t>
      </w:r>
      <w:hyperlink r:id="rId25" w:tgtFrame="_new" w:history="1">
        <w:r w:rsidRPr="00707E64">
          <w:rPr>
            <w:rFonts w:eastAsia="Times New Roman" w:cs="Times New Roman"/>
            <w:color w:val="000000"/>
            <w:sz w:val="24"/>
            <w:szCs w:val="24"/>
          </w:rPr>
          <w:t>https://euroasiapub.org/financial-restructuring-and-non-financial-performance-of-pan-africa-insurance-holding-company-kenya/</w:t>
        </w:r>
      </w:hyperlink>
    </w:p>
    <w:p w14:paraId="01028C69"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Izu, I. S., </w:t>
      </w:r>
      <w:proofErr w:type="spellStart"/>
      <w:r w:rsidRPr="00707E64">
        <w:rPr>
          <w:rFonts w:eastAsia="Times New Roman" w:cs="Times New Roman"/>
          <w:sz w:val="24"/>
          <w:szCs w:val="24"/>
        </w:rPr>
        <w:t>Sheidu</w:t>
      </w:r>
      <w:proofErr w:type="spellEnd"/>
      <w:r w:rsidRPr="00707E64">
        <w:rPr>
          <w:rFonts w:eastAsia="Times New Roman" w:cs="Times New Roman"/>
          <w:sz w:val="24"/>
          <w:szCs w:val="24"/>
        </w:rPr>
        <w:t xml:space="preserve">, C. F., &amp; Sule, G. A. (2024). Two decades of bank recapitalization and economic stabilization measures in Nigeria: Lessons for President Bola Tinubu’s administration. </w:t>
      </w:r>
      <w:r w:rsidRPr="00707E64">
        <w:rPr>
          <w:rFonts w:eastAsia="Times New Roman" w:cs="Times New Roman"/>
          <w:i/>
          <w:iCs/>
          <w:sz w:val="24"/>
          <w:szCs w:val="24"/>
        </w:rPr>
        <w:t>Journal of Political Discourse, 2</w:t>
      </w:r>
      <w:r w:rsidRPr="00707E64">
        <w:rPr>
          <w:rFonts w:eastAsia="Times New Roman" w:cs="Times New Roman"/>
          <w:sz w:val="24"/>
          <w:szCs w:val="24"/>
        </w:rPr>
        <w:t xml:space="preserve">(1), 103–114. </w:t>
      </w:r>
      <w:hyperlink r:id="rId26" w:tgtFrame="_new" w:history="1">
        <w:r w:rsidRPr="00707E64">
          <w:rPr>
            <w:rFonts w:eastAsia="Times New Roman" w:cs="Times New Roman"/>
            <w:color w:val="000000"/>
            <w:sz w:val="24"/>
            <w:szCs w:val="24"/>
          </w:rPr>
          <w:t>https://jopd.com.ng/index.php/jopdz/article/view/93</w:t>
        </w:r>
      </w:hyperlink>
    </w:p>
    <w:p w14:paraId="59D142ED"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Johnstone, S. (2024). Human resource management in recession: Restructuring and alternatives to downsizing in times of crisis. </w:t>
      </w:r>
      <w:r w:rsidRPr="00707E64">
        <w:rPr>
          <w:rFonts w:eastAsia="Times New Roman" w:cs="Times New Roman"/>
          <w:i/>
          <w:iCs/>
          <w:sz w:val="24"/>
          <w:szCs w:val="24"/>
        </w:rPr>
        <w:t>Human Resource Management Journal, 34</w:t>
      </w:r>
      <w:r w:rsidRPr="00707E64">
        <w:rPr>
          <w:rFonts w:eastAsia="Times New Roman" w:cs="Times New Roman"/>
          <w:sz w:val="24"/>
          <w:szCs w:val="24"/>
        </w:rPr>
        <w:t xml:space="preserve">(1), 138–157. </w:t>
      </w:r>
      <w:hyperlink r:id="rId27">
        <w:r>
          <w:rPr>
            <w:rFonts w:eastAsia="Times New Roman" w:cs="Times New Roman"/>
            <w:color w:val="000000"/>
            <w:sz w:val="24"/>
            <w:szCs w:val="24"/>
          </w:rPr>
          <w:t>https://doi.org/10.1111/1748-8583.12512</w:t>
        </w:r>
      </w:hyperlink>
    </w:p>
    <w:p w14:paraId="4C017370"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Kariuki, N. M., &amp; Njuguna, R. (2024). The influence of financial restructuring on organizational performance at Equity Bank Kenya Limited. </w:t>
      </w:r>
      <w:r w:rsidRPr="00707E64">
        <w:rPr>
          <w:rFonts w:eastAsia="Times New Roman" w:cs="Times New Roman"/>
          <w:i/>
          <w:iCs/>
          <w:sz w:val="24"/>
          <w:szCs w:val="24"/>
        </w:rPr>
        <w:t>Journal of Finance and Accounting, 8</w:t>
      </w:r>
      <w:r w:rsidRPr="00707E64">
        <w:rPr>
          <w:rFonts w:eastAsia="Times New Roman" w:cs="Times New Roman"/>
          <w:sz w:val="24"/>
          <w:szCs w:val="24"/>
        </w:rPr>
        <w:t xml:space="preserve">(9), 69–79. </w:t>
      </w:r>
      <w:hyperlink r:id="rId28" w:tgtFrame="_new" w:history="1">
        <w:r w:rsidRPr="00707E64">
          <w:rPr>
            <w:rFonts w:eastAsia="Times New Roman" w:cs="Times New Roman"/>
            <w:color w:val="000000"/>
            <w:sz w:val="24"/>
            <w:szCs w:val="24"/>
          </w:rPr>
          <w:t>https://doi.org/10.53819/81018102t2443</w:t>
        </w:r>
      </w:hyperlink>
    </w:p>
    <w:p w14:paraId="6EB65FDC"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Kithinji, A. M. (2019). The effect of bank restructuring on financial performance controlled by customer deposits: An empirical investigation of commercial banks in Kenya. </w:t>
      </w:r>
      <w:r w:rsidRPr="00707E64">
        <w:rPr>
          <w:rFonts w:eastAsia="Times New Roman" w:cs="Times New Roman"/>
          <w:i/>
          <w:iCs/>
          <w:sz w:val="24"/>
          <w:szCs w:val="24"/>
        </w:rPr>
        <w:t>International Journal for Innovative Research in Multidisciplinary Field, 5</w:t>
      </w:r>
      <w:r w:rsidRPr="00707E64">
        <w:rPr>
          <w:rFonts w:eastAsia="Times New Roman" w:cs="Times New Roman"/>
          <w:sz w:val="24"/>
          <w:szCs w:val="24"/>
        </w:rPr>
        <w:t xml:space="preserve">(1), 13–19. </w:t>
      </w:r>
      <w:hyperlink r:id="rId29" w:tgtFrame="_new" w:history="1">
        <w:r w:rsidRPr="00707E64">
          <w:rPr>
            <w:rFonts w:eastAsia="Times New Roman" w:cs="Times New Roman"/>
            <w:color w:val="000000"/>
            <w:sz w:val="24"/>
            <w:szCs w:val="24"/>
          </w:rPr>
          <w:t>https://www.ijirmf.com/wp-content/uploads/IJIRMF201901003.pdf</w:t>
        </w:r>
      </w:hyperlink>
    </w:p>
    <w:p w14:paraId="65886265"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proofErr w:type="spellStart"/>
      <w:r w:rsidRPr="00707E64">
        <w:rPr>
          <w:rFonts w:eastAsia="Times New Roman" w:cs="Times New Roman"/>
          <w:sz w:val="24"/>
          <w:szCs w:val="24"/>
        </w:rPr>
        <w:lastRenderedPageBreak/>
        <w:t>Konstantakopoulou</w:t>
      </w:r>
      <w:proofErr w:type="spellEnd"/>
      <w:r w:rsidRPr="00707E64">
        <w:rPr>
          <w:rFonts w:eastAsia="Times New Roman" w:cs="Times New Roman"/>
          <w:sz w:val="24"/>
          <w:szCs w:val="24"/>
        </w:rPr>
        <w:t xml:space="preserve">, I. (2023). Financial intermediation, economic growth, and business cycles. </w:t>
      </w:r>
      <w:r w:rsidRPr="00707E64">
        <w:rPr>
          <w:rFonts w:eastAsia="Times New Roman" w:cs="Times New Roman"/>
          <w:i/>
          <w:iCs/>
          <w:sz w:val="24"/>
          <w:szCs w:val="24"/>
        </w:rPr>
        <w:t>Journal of Risk and Financial Management, 16</w:t>
      </w:r>
      <w:r w:rsidRPr="00707E64">
        <w:rPr>
          <w:rFonts w:eastAsia="Times New Roman" w:cs="Times New Roman"/>
          <w:sz w:val="24"/>
          <w:szCs w:val="24"/>
        </w:rPr>
        <w:t xml:space="preserve">(12), Article 514. </w:t>
      </w:r>
      <w:hyperlink r:id="rId30">
        <w:r>
          <w:rPr>
            <w:rFonts w:eastAsia="Times New Roman" w:cs="Times New Roman"/>
            <w:color w:val="000000"/>
            <w:sz w:val="24"/>
            <w:szCs w:val="24"/>
          </w:rPr>
          <w:t>https://doi.org/10.3390/jrfm16120514</w:t>
        </w:r>
      </w:hyperlink>
    </w:p>
    <w:p w14:paraId="3C33B70D"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Kumar, P., Verma, P., Bhatnagar, M., Taneja, S., </w:t>
      </w:r>
      <w:proofErr w:type="spellStart"/>
      <w:r w:rsidRPr="00707E64">
        <w:rPr>
          <w:rFonts w:eastAsia="Times New Roman" w:cs="Times New Roman"/>
          <w:sz w:val="24"/>
          <w:szCs w:val="24"/>
        </w:rPr>
        <w:t>Seychel</w:t>
      </w:r>
      <w:proofErr w:type="spellEnd"/>
      <w:r w:rsidRPr="00707E64">
        <w:rPr>
          <w:rFonts w:eastAsia="Times New Roman" w:cs="Times New Roman"/>
          <w:sz w:val="24"/>
          <w:szCs w:val="24"/>
        </w:rPr>
        <w:t xml:space="preserve">, S., Todorović, I., &amp; Grim, S. (2023). The financial performance and solvency status of the Indian public sector banks: A CAMELS rating and Z index approach. </w:t>
      </w:r>
      <w:r w:rsidRPr="00707E64">
        <w:rPr>
          <w:rFonts w:eastAsia="Times New Roman" w:cs="Times New Roman"/>
          <w:i/>
          <w:iCs/>
          <w:sz w:val="24"/>
          <w:szCs w:val="24"/>
        </w:rPr>
        <w:t>International Journal of Sustainable Development and Planning, 18</w:t>
      </w:r>
      <w:r w:rsidRPr="00707E64">
        <w:rPr>
          <w:rFonts w:eastAsia="Times New Roman" w:cs="Times New Roman"/>
          <w:sz w:val="24"/>
          <w:szCs w:val="24"/>
        </w:rPr>
        <w:t xml:space="preserve">(2), 367–376. </w:t>
      </w:r>
      <w:hyperlink r:id="rId31">
        <w:r>
          <w:rPr>
            <w:rFonts w:eastAsia="Times New Roman" w:cs="Times New Roman"/>
            <w:color w:val="000000"/>
            <w:sz w:val="24"/>
            <w:szCs w:val="24"/>
          </w:rPr>
          <w:t>https://doi.org/10.18280/ijsdp.180204</w:t>
        </w:r>
      </w:hyperlink>
    </w:p>
    <w:p w14:paraId="270238F4"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Liu, X., &amp; Zhao, Q. (2024). Banking competition, credit financing, and the efficiency of corporate technology innovation. </w:t>
      </w:r>
      <w:r w:rsidRPr="00707E64">
        <w:rPr>
          <w:rFonts w:eastAsia="Times New Roman" w:cs="Times New Roman"/>
          <w:i/>
          <w:iCs/>
          <w:sz w:val="24"/>
          <w:szCs w:val="24"/>
        </w:rPr>
        <w:t>International Review of Financial Analysis, 94</w:t>
      </w:r>
      <w:r w:rsidRPr="00707E64">
        <w:rPr>
          <w:rFonts w:eastAsia="Times New Roman" w:cs="Times New Roman"/>
          <w:sz w:val="24"/>
          <w:szCs w:val="24"/>
        </w:rPr>
        <w:t xml:space="preserve">, Article 103248. </w:t>
      </w:r>
      <w:hyperlink r:id="rId32">
        <w:r>
          <w:rPr>
            <w:rFonts w:eastAsia="Times New Roman" w:cs="Times New Roman"/>
            <w:color w:val="000000"/>
            <w:sz w:val="24"/>
            <w:szCs w:val="24"/>
          </w:rPr>
          <w:t>https://doi.org/10.1016/j.irfa.2024.103248</w:t>
        </w:r>
      </w:hyperlink>
    </w:p>
    <w:p w14:paraId="1B4FAA35"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Liu, Y., Ye, K., &amp; Liu, J. (2023). Major asset restructuring performance commitments and classification shifting through non-recurring items. </w:t>
      </w:r>
      <w:r w:rsidRPr="00707E64">
        <w:rPr>
          <w:rFonts w:eastAsia="Times New Roman" w:cs="Times New Roman"/>
          <w:i/>
          <w:iCs/>
          <w:sz w:val="24"/>
          <w:szCs w:val="24"/>
        </w:rPr>
        <w:t>China Journal of Accounting Studies, 11</w:t>
      </w:r>
      <w:r w:rsidRPr="00707E64">
        <w:rPr>
          <w:rFonts w:eastAsia="Times New Roman" w:cs="Times New Roman"/>
          <w:sz w:val="24"/>
          <w:szCs w:val="24"/>
        </w:rPr>
        <w:t xml:space="preserve">(2), 270–299. </w:t>
      </w:r>
      <w:hyperlink r:id="rId33">
        <w:r>
          <w:rPr>
            <w:rFonts w:eastAsia="Times New Roman" w:cs="Times New Roman"/>
            <w:color w:val="000000"/>
            <w:sz w:val="24"/>
            <w:szCs w:val="24"/>
          </w:rPr>
          <w:t>https://doi.org/10.1080/21697213.2023.2239669</w:t>
        </w:r>
      </w:hyperlink>
    </w:p>
    <w:p w14:paraId="5A416441"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Mavlutova, I., Babenko, V., Dykan, V., Prokopenko, N., </w:t>
      </w:r>
      <w:proofErr w:type="spellStart"/>
      <w:r w:rsidRPr="00707E64">
        <w:rPr>
          <w:rFonts w:eastAsia="Times New Roman" w:cs="Times New Roman"/>
          <w:sz w:val="24"/>
          <w:szCs w:val="24"/>
        </w:rPr>
        <w:t>Kalinichenko</w:t>
      </w:r>
      <w:proofErr w:type="spellEnd"/>
      <w:r w:rsidRPr="00707E64">
        <w:rPr>
          <w:rFonts w:eastAsia="Times New Roman" w:cs="Times New Roman"/>
          <w:sz w:val="24"/>
          <w:szCs w:val="24"/>
        </w:rPr>
        <w:t xml:space="preserve">, S., &amp; </w:t>
      </w:r>
      <w:proofErr w:type="spellStart"/>
      <w:r w:rsidRPr="00707E64">
        <w:rPr>
          <w:rFonts w:eastAsia="Times New Roman" w:cs="Times New Roman"/>
          <w:sz w:val="24"/>
          <w:szCs w:val="24"/>
        </w:rPr>
        <w:t>Tokmakova</w:t>
      </w:r>
      <w:proofErr w:type="spellEnd"/>
      <w:r w:rsidRPr="00707E64">
        <w:rPr>
          <w:rFonts w:eastAsia="Times New Roman" w:cs="Times New Roman"/>
          <w:sz w:val="24"/>
          <w:szCs w:val="24"/>
        </w:rPr>
        <w:t xml:space="preserve">, I. (2021). Business restructuring as a method of strengthening a company’s financial position. </w:t>
      </w:r>
      <w:r w:rsidRPr="00707E64">
        <w:rPr>
          <w:rFonts w:eastAsia="Times New Roman" w:cs="Times New Roman"/>
          <w:i/>
          <w:iCs/>
          <w:sz w:val="24"/>
          <w:szCs w:val="24"/>
        </w:rPr>
        <w:t>Journal of Optimization in Industrial Engineering, 14</w:t>
      </w:r>
      <w:r w:rsidRPr="00707E64">
        <w:rPr>
          <w:rFonts w:eastAsia="Times New Roman" w:cs="Times New Roman"/>
          <w:sz w:val="24"/>
          <w:szCs w:val="24"/>
        </w:rPr>
        <w:t xml:space="preserve">(1), 129–139. </w:t>
      </w:r>
      <w:hyperlink r:id="rId34">
        <w:r>
          <w:rPr>
            <w:rFonts w:eastAsia="Times New Roman" w:cs="Times New Roman"/>
            <w:color w:val="000000"/>
            <w:sz w:val="24"/>
            <w:szCs w:val="24"/>
          </w:rPr>
          <w:t>https://doi.org/10.22094/JOIE.2020.677839</w:t>
        </w:r>
      </w:hyperlink>
    </w:p>
    <w:p w14:paraId="19B009E0"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proofErr w:type="spellStart"/>
      <w:r w:rsidRPr="00707E64">
        <w:rPr>
          <w:rFonts w:eastAsia="Times New Roman" w:cs="Times New Roman"/>
          <w:sz w:val="24"/>
          <w:szCs w:val="24"/>
        </w:rPr>
        <w:t>Moudud</w:t>
      </w:r>
      <w:proofErr w:type="spellEnd"/>
      <w:r w:rsidRPr="00707E64">
        <w:rPr>
          <w:rFonts w:eastAsia="Times New Roman" w:cs="Times New Roman"/>
          <w:sz w:val="24"/>
          <w:szCs w:val="24"/>
        </w:rPr>
        <w:t xml:space="preserve">-Ul-Huq, S., Zheng, C., Gupta, A. D., Hossain, S. A., &amp; Biswas, T. (2023). Risk and performance in emerging economies: Do bank diversification and financial crises matter? </w:t>
      </w:r>
      <w:r w:rsidRPr="00707E64">
        <w:rPr>
          <w:rFonts w:eastAsia="Times New Roman" w:cs="Times New Roman"/>
          <w:i/>
          <w:iCs/>
          <w:sz w:val="24"/>
          <w:szCs w:val="24"/>
        </w:rPr>
        <w:t>Global Business Review, 24</w:t>
      </w:r>
      <w:r w:rsidRPr="00707E64">
        <w:rPr>
          <w:rFonts w:eastAsia="Times New Roman" w:cs="Times New Roman"/>
          <w:sz w:val="24"/>
          <w:szCs w:val="24"/>
        </w:rPr>
        <w:t xml:space="preserve">(4), 663–689. </w:t>
      </w:r>
      <w:hyperlink r:id="rId35">
        <w:r>
          <w:rPr>
            <w:rFonts w:eastAsia="Times New Roman" w:cs="Times New Roman"/>
            <w:color w:val="000000"/>
            <w:sz w:val="24"/>
            <w:szCs w:val="24"/>
          </w:rPr>
          <w:t>https://doi.org/10.1177/0972150920915301</w:t>
        </w:r>
      </w:hyperlink>
    </w:p>
    <w:p w14:paraId="11779E4F"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Nagarajan, V., Mohanty, P., &amp; Khatua, A. (2023). Financing effects of corporate diversification: A review. </w:t>
      </w:r>
      <w:r w:rsidRPr="00707E64">
        <w:rPr>
          <w:rFonts w:eastAsia="Times New Roman" w:cs="Times New Roman"/>
          <w:i/>
          <w:iCs/>
          <w:sz w:val="24"/>
          <w:szCs w:val="24"/>
        </w:rPr>
        <w:t>Review of Managerial Science, 17</w:t>
      </w:r>
      <w:r w:rsidRPr="00707E64">
        <w:rPr>
          <w:rFonts w:eastAsia="Times New Roman" w:cs="Times New Roman"/>
          <w:sz w:val="24"/>
          <w:szCs w:val="24"/>
        </w:rPr>
        <w:t xml:space="preserve">(7), 2555–2585. </w:t>
      </w:r>
      <w:hyperlink r:id="rId36">
        <w:r>
          <w:rPr>
            <w:rFonts w:eastAsia="Times New Roman" w:cs="Times New Roman"/>
            <w:color w:val="000000"/>
            <w:sz w:val="24"/>
            <w:szCs w:val="24"/>
          </w:rPr>
          <w:t>https://doi.org/10.1007/s11846-022-00604-x</w:t>
        </w:r>
      </w:hyperlink>
    </w:p>
    <w:p w14:paraId="3500FE90"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Nair, T. (2024). Restructuring of banks and financial deepening: Tracing the Indian discourse. </w:t>
      </w:r>
      <w:r w:rsidRPr="00707E64">
        <w:rPr>
          <w:rFonts w:eastAsia="Times New Roman" w:cs="Times New Roman"/>
          <w:i/>
          <w:iCs/>
          <w:sz w:val="24"/>
          <w:szCs w:val="24"/>
        </w:rPr>
        <w:t xml:space="preserve">International Journal of Business and </w:t>
      </w:r>
      <w:proofErr w:type="spellStart"/>
      <w:r w:rsidRPr="00707E64">
        <w:rPr>
          <w:rFonts w:eastAsia="Times New Roman" w:cs="Times New Roman"/>
          <w:i/>
          <w:iCs/>
          <w:sz w:val="24"/>
          <w:szCs w:val="24"/>
        </w:rPr>
        <w:t>Globalisation</w:t>
      </w:r>
      <w:proofErr w:type="spellEnd"/>
      <w:r w:rsidRPr="00707E64">
        <w:rPr>
          <w:rFonts w:eastAsia="Times New Roman" w:cs="Times New Roman"/>
          <w:i/>
          <w:iCs/>
          <w:sz w:val="24"/>
          <w:szCs w:val="24"/>
        </w:rPr>
        <w:t>, 37</w:t>
      </w:r>
      <w:r w:rsidRPr="00707E64">
        <w:rPr>
          <w:rFonts w:eastAsia="Times New Roman" w:cs="Times New Roman"/>
          <w:sz w:val="24"/>
          <w:szCs w:val="24"/>
        </w:rPr>
        <w:t xml:space="preserve">(2), 283–296. </w:t>
      </w:r>
      <w:hyperlink r:id="rId37">
        <w:r>
          <w:rPr>
            <w:rFonts w:eastAsia="Times New Roman" w:cs="Times New Roman"/>
            <w:color w:val="000000"/>
            <w:sz w:val="24"/>
            <w:szCs w:val="24"/>
          </w:rPr>
          <w:t>https://doi.org/10.1504/IJBG.2024.138637</w:t>
        </w:r>
      </w:hyperlink>
    </w:p>
    <w:p w14:paraId="0232A731"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Nguyen, T. D. (2024). </w:t>
      </w:r>
      <w:r w:rsidRPr="00707E64">
        <w:rPr>
          <w:rFonts w:eastAsia="Times New Roman" w:cs="Times New Roman"/>
          <w:i/>
          <w:iCs/>
          <w:sz w:val="24"/>
          <w:szCs w:val="24"/>
        </w:rPr>
        <w:t>Corporate restructuring and environmental, social, and governance improvement</w:t>
      </w:r>
      <w:r w:rsidRPr="00707E64">
        <w:rPr>
          <w:rFonts w:eastAsia="Times New Roman" w:cs="Times New Roman"/>
          <w:sz w:val="24"/>
          <w:szCs w:val="24"/>
        </w:rPr>
        <w:t xml:space="preserve"> [Doctoral dissertation, University of Technology Sydney]. OPUS at UTS. </w:t>
      </w:r>
      <w:hyperlink r:id="rId38" w:tgtFrame="_new" w:history="1">
        <w:r w:rsidRPr="00707E64">
          <w:rPr>
            <w:rFonts w:eastAsia="Times New Roman" w:cs="Times New Roman"/>
            <w:color w:val="000000"/>
            <w:sz w:val="24"/>
            <w:szCs w:val="24"/>
          </w:rPr>
          <w:t>https://hdl.handle.net/10453/178167</w:t>
        </w:r>
      </w:hyperlink>
    </w:p>
    <w:p w14:paraId="6C44C436" w14:textId="77777777" w:rsidR="00B00389" w:rsidRDefault="00000000">
      <w:pPr>
        <w:spacing w:beforeAutospacing="1" w:after="0" w:afterAutospacing="1" w:line="240" w:lineRule="auto"/>
        <w:ind w:left="360" w:hanging="360"/>
        <w:jc w:val="both"/>
        <w:rPr>
          <w:rFonts w:eastAsia="Times New Roman" w:cs="Times New Roman"/>
          <w:sz w:val="24"/>
          <w:szCs w:val="24"/>
        </w:rPr>
      </w:pPr>
      <w:proofErr w:type="spellStart"/>
      <w:r>
        <w:rPr>
          <w:rFonts w:eastAsia="Times New Roman" w:cs="Times New Roman"/>
          <w:b/>
          <w:sz w:val="24"/>
          <w:szCs w:val="24"/>
          <w:highlight w:val="yellow"/>
        </w:rPr>
        <w:t>Nkwa</w:t>
      </w:r>
      <w:proofErr w:type="spellEnd"/>
      <w:r>
        <w:rPr>
          <w:rFonts w:eastAsia="Times New Roman" w:cs="Times New Roman"/>
          <w:b/>
          <w:sz w:val="24"/>
          <w:szCs w:val="24"/>
          <w:highlight w:val="yellow"/>
        </w:rPr>
        <w:t xml:space="preserve">, I. E., Kolapo, E. O., </w:t>
      </w:r>
      <w:proofErr w:type="spellStart"/>
      <w:r>
        <w:rPr>
          <w:rFonts w:eastAsia="Times New Roman" w:cs="Times New Roman"/>
          <w:b/>
          <w:sz w:val="24"/>
          <w:szCs w:val="24"/>
          <w:highlight w:val="yellow"/>
        </w:rPr>
        <w:t>Akinmoyewa</w:t>
      </w:r>
      <w:proofErr w:type="spellEnd"/>
      <w:r>
        <w:rPr>
          <w:rFonts w:eastAsia="Times New Roman" w:cs="Times New Roman"/>
          <w:b/>
          <w:sz w:val="24"/>
          <w:szCs w:val="24"/>
          <w:highlight w:val="yellow"/>
        </w:rPr>
        <w:t>, O. M., Kolapo, V. O., Edeh, M. D., &amp; Njoku, V. I. (2026). The impact of financial technology (FinTech) innovations on bank profitability in Nigeria: A panel data analysis. Journal of Global Economics, Management and Business Research, 18(2), 185–197. https://doi.org/10.56557/jgembr/2026/v18i210617</w:t>
      </w:r>
    </w:p>
    <w:p w14:paraId="25283B6A"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Obadire, A. M., Moyo, V., &amp; </w:t>
      </w:r>
      <w:proofErr w:type="spellStart"/>
      <w:r w:rsidRPr="00707E64">
        <w:rPr>
          <w:rFonts w:eastAsia="Times New Roman" w:cs="Times New Roman"/>
          <w:sz w:val="24"/>
          <w:szCs w:val="24"/>
        </w:rPr>
        <w:t>Munzhelele</w:t>
      </w:r>
      <w:proofErr w:type="spellEnd"/>
      <w:r w:rsidRPr="00707E64">
        <w:rPr>
          <w:rFonts w:eastAsia="Times New Roman" w:cs="Times New Roman"/>
          <w:sz w:val="24"/>
          <w:szCs w:val="24"/>
        </w:rPr>
        <w:t xml:space="preserve">, N. F. (2023). An empirical analysis of the dynamics influencing bank capital structure in Africa. </w:t>
      </w:r>
      <w:r w:rsidRPr="00707E64">
        <w:rPr>
          <w:rFonts w:eastAsia="Times New Roman" w:cs="Times New Roman"/>
          <w:i/>
          <w:iCs/>
          <w:sz w:val="24"/>
          <w:szCs w:val="24"/>
        </w:rPr>
        <w:t>International Journal of Financial Studies, 11</w:t>
      </w:r>
      <w:r w:rsidRPr="00707E64">
        <w:rPr>
          <w:rFonts w:eastAsia="Times New Roman" w:cs="Times New Roman"/>
          <w:sz w:val="24"/>
          <w:szCs w:val="24"/>
        </w:rPr>
        <w:t xml:space="preserve">(4), Article 127. </w:t>
      </w:r>
      <w:hyperlink r:id="rId39" w:tgtFrame="_new" w:history="1">
        <w:r w:rsidRPr="00707E64">
          <w:rPr>
            <w:rFonts w:eastAsia="Times New Roman" w:cs="Times New Roman"/>
            <w:color w:val="000000"/>
            <w:sz w:val="24"/>
            <w:szCs w:val="24"/>
          </w:rPr>
          <w:t>https://doi.org/10.3390/ijfs11040127</w:t>
        </w:r>
      </w:hyperlink>
    </w:p>
    <w:p w14:paraId="137C1C5D"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lastRenderedPageBreak/>
        <w:t xml:space="preserve">Okonkwo, J. J., Okere, W., Okoye, N. J., &amp; </w:t>
      </w:r>
      <w:proofErr w:type="spellStart"/>
      <w:r w:rsidRPr="00707E64">
        <w:rPr>
          <w:rFonts w:eastAsia="Times New Roman" w:cs="Times New Roman"/>
          <w:sz w:val="24"/>
          <w:szCs w:val="24"/>
        </w:rPr>
        <w:t>Mkparu</w:t>
      </w:r>
      <w:proofErr w:type="spellEnd"/>
      <w:r w:rsidRPr="00707E64">
        <w:rPr>
          <w:rFonts w:eastAsia="Times New Roman" w:cs="Times New Roman"/>
          <w:sz w:val="24"/>
          <w:szCs w:val="24"/>
        </w:rPr>
        <w:t xml:space="preserve">, E. T. (2023). The effect of capital restructuring on bank financial performance. </w:t>
      </w:r>
      <w:r w:rsidRPr="00707E64">
        <w:rPr>
          <w:rFonts w:eastAsia="Times New Roman" w:cs="Times New Roman"/>
          <w:i/>
          <w:iCs/>
          <w:sz w:val="24"/>
          <w:szCs w:val="24"/>
        </w:rPr>
        <w:t xml:space="preserve">AKRUAL: </w:t>
      </w:r>
      <w:proofErr w:type="spellStart"/>
      <w:r w:rsidRPr="00707E64">
        <w:rPr>
          <w:rFonts w:eastAsia="Times New Roman" w:cs="Times New Roman"/>
          <w:i/>
          <w:iCs/>
          <w:sz w:val="24"/>
          <w:szCs w:val="24"/>
        </w:rPr>
        <w:t>Jurnal</w:t>
      </w:r>
      <w:proofErr w:type="spellEnd"/>
      <w:r w:rsidRPr="00707E64">
        <w:rPr>
          <w:rFonts w:eastAsia="Times New Roman" w:cs="Times New Roman"/>
          <w:i/>
          <w:iCs/>
          <w:sz w:val="24"/>
          <w:szCs w:val="24"/>
        </w:rPr>
        <w:t xml:space="preserve"> </w:t>
      </w:r>
      <w:proofErr w:type="spellStart"/>
      <w:r w:rsidRPr="00707E64">
        <w:rPr>
          <w:rFonts w:eastAsia="Times New Roman" w:cs="Times New Roman"/>
          <w:i/>
          <w:iCs/>
          <w:sz w:val="24"/>
          <w:szCs w:val="24"/>
        </w:rPr>
        <w:t>Akuntansi</w:t>
      </w:r>
      <w:proofErr w:type="spellEnd"/>
      <w:r w:rsidRPr="00707E64">
        <w:rPr>
          <w:rFonts w:eastAsia="Times New Roman" w:cs="Times New Roman"/>
          <w:i/>
          <w:iCs/>
          <w:sz w:val="24"/>
          <w:szCs w:val="24"/>
        </w:rPr>
        <w:t>, 15</w:t>
      </w:r>
      <w:r w:rsidRPr="00707E64">
        <w:rPr>
          <w:rFonts w:eastAsia="Times New Roman" w:cs="Times New Roman"/>
          <w:sz w:val="24"/>
          <w:szCs w:val="24"/>
        </w:rPr>
        <w:t xml:space="preserve">(1), 14–25. </w:t>
      </w:r>
      <w:hyperlink r:id="rId40">
        <w:r>
          <w:rPr>
            <w:rFonts w:eastAsia="Times New Roman" w:cs="Times New Roman"/>
            <w:color w:val="000000"/>
            <w:sz w:val="24"/>
            <w:szCs w:val="24"/>
          </w:rPr>
          <w:t>https://doi.org/10.26740/jaj.v15n1.p14-25</w:t>
        </w:r>
      </w:hyperlink>
    </w:p>
    <w:p w14:paraId="1B58E0DF"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Olawale, A., &amp; Obinna, E. (2023). An empirical analysis of capital structure, liquidity, and banking sector performance in Nigeria (2011–2021). </w:t>
      </w:r>
      <w:r w:rsidRPr="00707E64">
        <w:rPr>
          <w:rFonts w:eastAsia="Times New Roman" w:cs="Times New Roman"/>
          <w:i/>
          <w:iCs/>
          <w:sz w:val="24"/>
          <w:szCs w:val="24"/>
        </w:rPr>
        <w:t>Journal of Finance and Economics, 11</w:t>
      </w:r>
      <w:r w:rsidRPr="00707E64">
        <w:rPr>
          <w:rFonts w:eastAsia="Times New Roman" w:cs="Times New Roman"/>
          <w:sz w:val="24"/>
          <w:szCs w:val="24"/>
        </w:rPr>
        <w:t xml:space="preserve">(3), 149–159. </w:t>
      </w:r>
      <w:hyperlink r:id="rId41">
        <w:r>
          <w:rPr>
            <w:rFonts w:eastAsia="Times New Roman" w:cs="Times New Roman"/>
            <w:color w:val="000000"/>
            <w:sz w:val="24"/>
            <w:szCs w:val="24"/>
          </w:rPr>
          <w:t>https://doi.org/10.12691/jfe-11-3-3</w:t>
        </w:r>
      </w:hyperlink>
    </w:p>
    <w:p w14:paraId="3BB7909F"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Osuji, C., &amp; </w:t>
      </w:r>
      <w:proofErr w:type="spellStart"/>
      <w:r w:rsidRPr="00707E64">
        <w:rPr>
          <w:rFonts w:eastAsia="Times New Roman" w:cs="Times New Roman"/>
          <w:sz w:val="24"/>
          <w:szCs w:val="24"/>
        </w:rPr>
        <w:t>Okwuagwu</w:t>
      </w:r>
      <w:proofErr w:type="spellEnd"/>
      <w:r w:rsidRPr="00707E64">
        <w:rPr>
          <w:rFonts w:eastAsia="Times New Roman" w:cs="Times New Roman"/>
          <w:sz w:val="24"/>
          <w:szCs w:val="24"/>
        </w:rPr>
        <w:t xml:space="preserve">, P. (2022). Corporate restructuring and financial resilience of deposit money banks in Nigeria. </w:t>
      </w:r>
      <w:r w:rsidRPr="00707E64">
        <w:rPr>
          <w:rFonts w:eastAsia="Times New Roman" w:cs="Times New Roman"/>
          <w:i/>
          <w:iCs/>
          <w:sz w:val="24"/>
          <w:szCs w:val="24"/>
        </w:rPr>
        <w:t>Asian Journal of Economics, Business and Accounting, 22</w:t>
      </w:r>
      <w:r w:rsidRPr="00707E64">
        <w:rPr>
          <w:rFonts w:eastAsia="Times New Roman" w:cs="Times New Roman"/>
          <w:sz w:val="24"/>
          <w:szCs w:val="24"/>
        </w:rPr>
        <w:t xml:space="preserve">(19), 15–24. </w:t>
      </w:r>
      <w:hyperlink r:id="rId42" w:tgtFrame="_new" w:history="1">
        <w:r w:rsidRPr="00707E64">
          <w:rPr>
            <w:rFonts w:eastAsia="Times New Roman" w:cs="Times New Roman"/>
            <w:color w:val="000000"/>
            <w:sz w:val="24"/>
            <w:szCs w:val="24"/>
          </w:rPr>
          <w:t>https://doi.org/10.9734/AJEBA/2022/v22i1930655</w:t>
        </w:r>
      </w:hyperlink>
    </w:p>
    <w:p w14:paraId="0C33F3CA"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Patra, B., Padhan, P. C., &amp; Padhi, P. (2023). Efficiency of Indian banks: Private versus public sector banks—A two-stage analysis. </w:t>
      </w:r>
      <w:r w:rsidRPr="00707E64">
        <w:rPr>
          <w:rFonts w:eastAsia="Times New Roman" w:cs="Times New Roman"/>
          <w:i/>
          <w:iCs/>
          <w:sz w:val="24"/>
          <w:szCs w:val="24"/>
        </w:rPr>
        <w:t>Cogent Economics &amp; Finance, 11</w:t>
      </w:r>
      <w:r w:rsidRPr="00707E64">
        <w:rPr>
          <w:rFonts w:eastAsia="Times New Roman" w:cs="Times New Roman"/>
          <w:sz w:val="24"/>
          <w:szCs w:val="24"/>
        </w:rPr>
        <w:t xml:space="preserve">(1), Article 2163081. </w:t>
      </w:r>
      <w:hyperlink r:id="rId43">
        <w:r>
          <w:rPr>
            <w:rFonts w:eastAsia="Times New Roman" w:cs="Times New Roman"/>
            <w:color w:val="000000"/>
            <w:sz w:val="24"/>
            <w:szCs w:val="24"/>
          </w:rPr>
          <w:t>https://doi.org/10.1080/23322039.2022.2163081</w:t>
        </w:r>
      </w:hyperlink>
    </w:p>
    <w:p w14:paraId="401C3F8F"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Purnomo, O. A. P., &amp; Aswin, T. A. (2024). Efficiency analysis of Islamic banks post-merger using DEA methods. </w:t>
      </w:r>
      <w:r w:rsidRPr="00707E64">
        <w:rPr>
          <w:rFonts w:eastAsia="Times New Roman" w:cs="Times New Roman"/>
          <w:i/>
          <w:iCs/>
          <w:sz w:val="24"/>
          <w:szCs w:val="24"/>
        </w:rPr>
        <w:t>International Journal of Economics Development Research, 5</w:t>
      </w:r>
      <w:r w:rsidRPr="00707E64">
        <w:rPr>
          <w:rFonts w:eastAsia="Times New Roman" w:cs="Times New Roman"/>
          <w:sz w:val="24"/>
          <w:szCs w:val="24"/>
        </w:rPr>
        <w:t xml:space="preserve">(2), 987–1001. </w:t>
      </w:r>
      <w:hyperlink r:id="rId44">
        <w:r>
          <w:rPr>
            <w:rFonts w:eastAsia="Times New Roman" w:cs="Times New Roman"/>
            <w:color w:val="000000"/>
            <w:sz w:val="24"/>
            <w:szCs w:val="24"/>
          </w:rPr>
          <w:t>https://doi.org/10.37385/ijedr.v5i2.5038</w:t>
        </w:r>
      </w:hyperlink>
    </w:p>
    <w:p w14:paraId="16BF2D1D"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Putri, N. J., &amp; </w:t>
      </w:r>
      <w:proofErr w:type="spellStart"/>
      <w:r w:rsidRPr="00707E64">
        <w:rPr>
          <w:rFonts w:eastAsia="Times New Roman" w:cs="Times New Roman"/>
          <w:sz w:val="24"/>
          <w:szCs w:val="24"/>
        </w:rPr>
        <w:t>Kusmila</w:t>
      </w:r>
      <w:proofErr w:type="spellEnd"/>
      <w:r w:rsidRPr="00707E64">
        <w:rPr>
          <w:rFonts w:eastAsia="Times New Roman" w:cs="Times New Roman"/>
          <w:sz w:val="24"/>
          <w:szCs w:val="24"/>
        </w:rPr>
        <w:t xml:space="preserve">, Z. (2023). Factors affecting the preparation of financial statements based on FAS MSME. </w:t>
      </w:r>
      <w:r w:rsidRPr="00707E64">
        <w:rPr>
          <w:rFonts w:eastAsia="Times New Roman" w:cs="Times New Roman"/>
          <w:i/>
          <w:iCs/>
          <w:sz w:val="24"/>
          <w:szCs w:val="24"/>
        </w:rPr>
        <w:t>International Journal of Economics Development Research, 4</w:t>
      </w:r>
      <w:r w:rsidRPr="00707E64">
        <w:rPr>
          <w:rFonts w:eastAsia="Times New Roman" w:cs="Times New Roman"/>
          <w:sz w:val="24"/>
          <w:szCs w:val="24"/>
        </w:rPr>
        <w:t xml:space="preserve">(2), 1009–1021. </w:t>
      </w:r>
      <w:hyperlink r:id="rId45">
        <w:r>
          <w:rPr>
            <w:rFonts w:eastAsia="Times New Roman" w:cs="Times New Roman"/>
            <w:color w:val="000000"/>
            <w:sz w:val="24"/>
            <w:szCs w:val="24"/>
          </w:rPr>
          <w:t>https://doi.org/10.37385/ijedr.v4i3.3348</w:t>
        </w:r>
      </w:hyperlink>
    </w:p>
    <w:p w14:paraId="3F32750C"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Ramzan, M., &amp; Lau, W. Y. (2023). Impact of asset preferences on firm performance over its life cycle: Is agency theory or neoclassical theory more relevant? </w:t>
      </w:r>
      <w:r w:rsidRPr="00707E64">
        <w:rPr>
          <w:rFonts w:eastAsia="Times New Roman" w:cs="Times New Roman"/>
          <w:i/>
          <w:iCs/>
          <w:sz w:val="24"/>
          <w:szCs w:val="24"/>
        </w:rPr>
        <w:t>Managerial and Decision Economics, 44</w:t>
      </w:r>
      <w:r w:rsidRPr="00707E64">
        <w:rPr>
          <w:rFonts w:eastAsia="Times New Roman" w:cs="Times New Roman"/>
          <w:sz w:val="24"/>
          <w:szCs w:val="24"/>
        </w:rPr>
        <w:t xml:space="preserve">(1), 595–607. </w:t>
      </w:r>
      <w:hyperlink r:id="rId46">
        <w:r>
          <w:rPr>
            <w:rFonts w:eastAsia="Times New Roman" w:cs="Times New Roman"/>
            <w:color w:val="000000"/>
            <w:sz w:val="24"/>
            <w:szCs w:val="24"/>
          </w:rPr>
          <w:t>https://doi.org/10.1002/mde.3702</w:t>
        </w:r>
      </w:hyperlink>
    </w:p>
    <w:p w14:paraId="0DC11A17"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Ray, K. G. (2022). </w:t>
      </w:r>
      <w:r w:rsidRPr="00707E64">
        <w:rPr>
          <w:rFonts w:eastAsia="Times New Roman" w:cs="Times New Roman"/>
          <w:i/>
          <w:iCs/>
          <w:sz w:val="24"/>
          <w:szCs w:val="24"/>
        </w:rPr>
        <w:t>Mergers and acquisitions: Strategy, valuation and integration</w:t>
      </w:r>
      <w:r w:rsidRPr="00707E64">
        <w:rPr>
          <w:rFonts w:eastAsia="Times New Roman" w:cs="Times New Roman"/>
          <w:sz w:val="24"/>
          <w:szCs w:val="24"/>
        </w:rPr>
        <w:t xml:space="preserve"> (2nd ed.). PHI Learning. </w:t>
      </w:r>
      <w:hyperlink r:id="rId47" w:tgtFrame="_new" w:history="1">
        <w:r w:rsidRPr="00707E64">
          <w:rPr>
            <w:rFonts w:eastAsia="Times New Roman" w:cs="Times New Roman"/>
            <w:color w:val="000000"/>
            <w:sz w:val="24"/>
            <w:szCs w:val="24"/>
          </w:rPr>
          <w:t>https://www.phindia.com/Books/BookDetail/9789391818500/MERGERS-AND-ACQUISITIONS-RAY</w:t>
        </w:r>
      </w:hyperlink>
    </w:p>
    <w:p w14:paraId="441297D5"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Segura, A., &amp; Suárez, J. (2023). Bank restructuring under asymmetric information: The role of bad loan sales. </w:t>
      </w:r>
      <w:r w:rsidRPr="00707E64">
        <w:rPr>
          <w:rFonts w:eastAsia="Times New Roman" w:cs="Times New Roman"/>
          <w:i/>
          <w:iCs/>
          <w:sz w:val="24"/>
          <w:szCs w:val="24"/>
        </w:rPr>
        <w:t>Journal of Financial Intermediation, 56</w:t>
      </w:r>
      <w:r w:rsidRPr="00707E64">
        <w:rPr>
          <w:rFonts w:eastAsia="Times New Roman" w:cs="Times New Roman"/>
          <w:sz w:val="24"/>
          <w:szCs w:val="24"/>
        </w:rPr>
        <w:t xml:space="preserve">, Article 101058. </w:t>
      </w:r>
      <w:hyperlink r:id="rId48">
        <w:r>
          <w:rPr>
            <w:rFonts w:eastAsia="Times New Roman" w:cs="Times New Roman"/>
            <w:color w:val="000000"/>
            <w:sz w:val="24"/>
            <w:szCs w:val="24"/>
          </w:rPr>
          <w:t>https://doi.org/10.1016/j.jfi.2023.101058</w:t>
        </w:r>
      </w:hyperlink>
    </w:p>
    <w:p w14:paraId="1857980E"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Sethi, D., Chaturvedi, V., Sethi, A., &amp; Jain, N. (2024). Assessing the effect of ethnocentrism and cultural intelligence on employees during corporate restructuring. </w:t>
      </w:r>
      <w:r w:rsidRPr="00707E64">
        <w:rPr>
          <w:rFonts w:eastAsia="Times New Roman" w:cs="Times New Roman"/>
          <w:i/>
          <w:iCs/>
          <w:sz w:val="24"/>
          <w:szCs w:val="24"/>
        </w:rPr>
        <w:t>Employee Responsibilities and Rights Journal, 36</w:t>
      </w:r>
      <w:r w:rsidRPr="00707E64">
        <w:rPr>
          <w:rFonts w:eastAsia="Times New Roman" w:cs="Times New Roman"/>
          <w:sz w:val="24"/>
          <w:szCs w:val="24"/>
        </w:rPr>
        <w:t xml:space="preserve">(1), 19–39. </w:t>
      </w:r>
      <w:hyperlink r:id="rId49">
        <w:r>
          <w:rPr>
            <w:rFonts w:eastAsia="Times New Roman" w:cs="Times New Roman"/>
            <w:color w:val="000000"/>
            <w:sz w:val="24"/>
            <w:szCs w:val="24"/>
          </w:rPr>
          <w:t>https://doi.org/10.1007/s10672-022-09430-5</w:t>
        </w:r>
      </w:hyperlink>
    </w:p>
    <w:p w14:paraId="7371041C" w14:textId="77777777" w:rsidR="00B00389" w:rsidRDefault="00000000">
      <w:pPr>
        <w:spacing w:beforeAutospacing="1" w:after="0" w:afterAutospacing="1" w:line="240" w:lineRule="auto"/>
        <w:ind w:left="360" w:hanging="360"/>
        <w:jc w:val="both"/>
        <w:rPr>
          <w:rFonts w:eastAsia="Times New Roman" w:cs="Times New Roman"/>
          <w:sz w:val="24"/>
          <w:szCs w:val="24"/>
        </w:rPr>
      </w:pPr>
      <w:r>
        <w:rPr>
          <w:rFonts w:eastAsia="Times New Roman" w:cs="Times New Roman"/>
          <w:b/>
          <w:sz w:val="24"/>
          <w:szCs w:val="24"/>
          <w:highlight w:val="yellow"/>
        </w:rPr>
        <w:t>Sharma, N., &amp; Jain, S. (2025). Do bank capital and liquidity truly shield against systemic risk: Evidence from the global banking sector. Journal of Regulatory Economics, 68, 173–230. https://doi.org/10.1007/s11149-025-09492-x</w:t>
      </w:r>
    </w:p>
    <w:p w14:paraId="51B79AC2"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Silva, V. A. B., &amp; Saito, R. (2020). Corporate financial distress and reorganization: A survey of theoretical and empirical contributions. </w:t>
      </w:r>
      <w:r w:rsidRPr="00707E64">
        <w:rPr>
          <w:rFonts w:eastAsia="Times New Roman" w:cs="Times New Roman"/>
          <w:i/>
          <w:iCs/>
          <w:sz w:val="24"/>
          <w:szCs w:val="24"/>
        </w:rPr>
        <w:t xml:space="preserve">Revista Brasileira de </w:t>
      </w:r>
      <w:proofErr w:type="spellStart"/>
      <w:r w:rsidRPr="00707E64">
        <w:rPr>
          <w:rFonts w:eastAsia="Times New Roman" w:cs="Times New Roman"/>
          <w:i/>
          <w:iCs/>
          <w:sz w:val="24"/>
          <w:szCs w:val="24"/>
        </w:rPr>
        <w:t>Gestão</w:t>
      </w:r>
      <w:proofErr w:type="spellEnd"/>
      <w:r w:rsidRPr="00707E64">
        <w:rPr>
          <w:rFonts w:eastAsia="Times New Roman" w:cs="Times New Roman"/>
          <w:i/>
          <w:iCs/>
          <w:sz w:val="24"/>
          <w:szCs w:val="24"/>
        </w:rPr>
        <w:t xml:space="preserve"> de </w:t>
      </w:r>
      <w:proofErr w:type="spellStart"/>
      <w:r w:rsidRPr="00707E64">
        <w:rPr>
          <w:rFonts w:eastAsia="Times New Roman" w:cs="Times New Roman"/>
          <w:i/>
          <w:iCs/>
          <w:sz w:val="24"/>
          <w:szCs w:val="24"/>
        </w:rPr>
        <w:t>Negócios</w:t>
      </w:r>
      <w:proofErr w:type="spellEnd"/>
      <w:r w:rsidRPr="00707E64">
        <w:rPr>
          <w:rFonts w:eastAsia="Times New Roman" w:cs="Times New Roman"/>
          <w:i/>
          <w:iCs/>
          <w:sz w:val="24"/>
          <w:szCs w:val="24"/>
        </w:rPr>
        <w:t>, 22</w:t>
      </w:r>
      <w:r w:rsidRPr="00707E64">
        <w:rPr>
          <w:rFonts w:eastAsia="Times New Roman" w:cs="Times New Roman"/>
          <w:sz w:val="24"/>
          <w:szCs w:val="24"/>
        </w:rPr>
        <w:t xml:space="preserve">(Special Issue), 401–420. </w:t>
      </w:r>
      <w:hyperlink r:id="rId50">
        <w:r>
          <w:rPr>
            <w:rFonts w:eastAsia="Times New Roman" w:cs="Times New Roman"/>
            <w:color w:val="000000"/>
            <w:sz w:val="24"/>
            <w:szCs w:val="24"/>
          </w:rPr>
          <w:t>https://doi.org/10.7819/rbgn.v22i0.4057</w:t>
        </w:r>
      </w:hyperlink>
    </w:p>
    <w:p w14:paraId="0BB8F699"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lastRenderedPageBreak/>
        <w:t xml:space="preserve">Tomar, P. S., &amp; Chauhan, A. (2020). Corporate finance, capital structure and financing strategies. In </w:t>
      </w:r>
      <w:r w:rsidRPr="00707E64">
        <w:rPr>
          <w:rFonts w:eastAsia="Times New Roman" w:cs="Times New Roman"/>
          <w:i/>
          <w:iCs/>
          <w:sz w:val="24"/>
          <w:szCs w:val="24"/>
        </w:rPr>
        <w:t>Media education and national educational policy 2020</w:t>
      </w:r>
      <w:r w:rsidRPr="00707E64">
        <w:rPr>
          <w:rFonts w:eastAsia="Times New Roman" w:cs="Times New Roman"/>
          <w:sz w:val="24"/>
          <w:szCs w:val="24"/>
        </w:rPr>
        <w:t xml:space="preserve"> (p. 450). ITM University. </w:t>
      </w:r>
      <w:hyperlink r:id="rId51" w:tgtFrame="_new" w:history="1">
        <w:r w:rsidRPr="00707E64">
          <w:rPr>
            <w:rFonts w:eastAsia="Times New Roman" w:cs="Times New Roman"/>
            <w:color w:val="000000"/>
            <w:sz w:val="24"/>
            <w:szCs w:val="24"/>
          </w:rPr>
          <w:t>https://mis.itmuniversity.ac.in/ssr/C3/Volume%208.pdf</w:t>
        </w:r>
      </w:hyperlink>
    </w:p>
    <w:p w14:paraId="51D8F132"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Tran, N. P., Le, Q. T.-T., Vo, A. T., &amp; Vo, D. H. (2026). Digital transformation and corporate restructuring: Does corporate governance matter? </w:t>
      </w:r>
      <w:r w:rsidRPr="00707E64">
        <w:rPr>
          <w:rFonts w:eastAsia="Times New Roman" w:cs="Times New Roman"/>
          <w:i/>
          <w:iCs/>
          <w:sz w:val="24"/>
          <w:szCs w:val="24"/>
        </w:rPr>
        <w:t>Journal of Strategy and Management, 19</w:t>
      </w:r>
      <w:r w:rsidRPr="00707E64">
        <w:rPr>
          <w:rFonts w:eastAsia="Times New Roman" w:cs="Times New Roman"/>
          <w:sz w:val="24"/>
          <w:szCs w:val="24"/>
        </w:rPr>
        <w:t xml:space="preserve">(3), 464–479. </w:t>
      </w:r>
      <w:hyperlink r:id="rId52" w:tgtFrame="_new" w:history="1">
        <w:r w:rsidRPr="00707E64">
          <w:rPr>
            <w:rFonts w:eastAsia="Times New Roman" w:cs="Times New Roman"/>
            <w:color w:val="000000"/>
            <w:sz w:val="24"/>
            <w:szCs w:val="24"/>
          </w:rPr>
          <w:t>https://doi.org/10.1108/JSMA-04-2023-0084</w:t>
        </w:r>
      </w:hyperlink>
    </w:p>
    <w:p w14:paraId="0AA9EC0D" w14:textId="77777777" w:rsidR="00707E64" w:rsidRPr="00707E64" w:rsidRDefault="00707E64" w:rsidP="00707E64">
      <w:pPr>
        <w:spacing w:beforeAutospacing="1" w:after="0" w:afterAutospacing="1" w:line="240" w:lineRule="auto"/>
        <w:ind w:left="360" w:hanging="360"/>
        <w:jc w:val="both"/>
        <w:rPr>
          <w:rFonts w:eastAsia="Times New Roman" w:cs="Times New Roman"/>
          <w:sz w:val="24"/>
          <w:szCs w:val="24"/>
        </w:rPr>
      </w:pPr>
      <w:r w:rsidRPr="00707E64">
        <w:rPr>
          <w:rFonts w:eastAsia="Times New Roman" w:cs="Times New Roman"/>
          <w:sz w:val="24"/>
          <w:szCs w:val="24"/>
        </w:rPr>
        <w:t xml:space="preserve">Umar, M. A. (2023). Corporate restructuring: A strategy for improving organizational performance. </w:t>
      </w:r>
      <w:r w:rsidRPr="00707E64">
        <w:rPr>
          <w:rFonts w:eastAsia="Times New Roman" w:cs="Times New Roman"/>
          <w:i/>
          <w:iCs/>
          <w:sz w:val="24"/>
          <w:szCs w:val="24"/>
        </w:rPr>
        <w:t>International Journal of Strategic Decision Sciences, 14</w:t>
      </w:r>
      <w:r w:rsidRPr="00707E64">
        <w:rPr>
          <w:rFonts w:eastAsia="Times New Roman" w:cs="Times New Roman"/>
          <w:sz w:val="24"/>
          <w:szCs w:val="24"/>
        </w:rPr>
        <w:t xml:space="preserve">(1), 1–11. </w:t>
      </w:r>
      <w:hyperlink r:id="rId53">
        <w:r>
          <w:rPr>
            <w:rFonts w:eastAsia="Times New Roman" w:cs="Times New Roman"/>
            <w:color w:val="000000"/>
            <w:sz w:val="24"/>
            <w:szCs w:val="24"/>
          </w:rPr>
          <w:t>https://doi.org/10.4018/IJSDS.319974</w:t>
        </w:r>
      </w:hyperlink>
    </w:p>
    <w:p w14:paraId="33D15CE1" w14:textId="77777777" w:rsidR="00707E64" w:rsidRPr="00C97625" w:rsidRDefault="00707E64" w:rsidP="00462A93">
      <w:pPr>
        <w:pStyle w:val="BodyTextIndent"/>
        <w:spacing w:before="120" w:line="360" w:lineRule="auto"/>
        <w:jc w:val="both"/>
        <w:rPr>
          <w:b/>
          <w:bCs/>
          <w:sz w:val="24"/>
          <w:szCs w:val="24"/>
        </w:rPr>
      </w:pPr>
    </w:p>
    <w:sectPr w:rsidR="00707E64" w:rsidRPr="00C97625"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76242813">
    <w:abstractNumId w:val="8"/>
  </w:num>
  <w:num w:numId="2" w16cid:durableId="1059477177">
    <w:abstractNumId w:val="6"/>
  </w:num>
  <w:num w:numId="3" w16cid:durableId="648827212">
    <w:abstractNumId w:val="5"/>
  </w:num>
  <w:num w:numId="4" w16cid:durableId="1984505792">
    <w:abstractNumId w:val="4"/>
  </w:num>
  <w:num w:numId="5" w16cid:durableId="1449856679">
    <w:abstractNumId w:val="7"/>
  </w:num>
  <w:num w:numId="6" w16cid:durableId="1901673015">
    <w:abstractNumId w:val="3"/>
  </w:num>
  <w:num w:numId="7" w16cid:durableId="2014910717">
    <w:abstractNumId w:val="2"/>
  </w:num>
  <w:num w:numId="8" w16cid:durableId="697126161">
    <w:abstractNumId w:val="1"/>
  </w:num>
  <w:num w:numId="9" w16cid:durableId="1187871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zMTK1MDEyMrKwMLNU0lEKTi0uzszPAykwqgUARIORpCwAAAA="/>
  </w:docVars>
  <w:rsids>
    <w:rsidRoot w:val="00B47730"/>
    <w:rsid w:val="00034616"/>
    <w:rsid w:val="0006063C"/>
    <w:rsid w:val="000C37F9"/>
    <w:rsid w:val="0015074B"/>
    <w:rsid w:val="0022120B"/>
    <w:rsid w:val="0029639D"/>
    <w:rsid w:val="002C345A"/>
    <w:rsid w:val="00326F90"/>
    <w:rsid w:val="003D143F"/>
    <w:rsid w:val="0043110A"/>
    <w:rsid w:val="00462A93"/>
    <w:rsid w:val="0049489A"/>
    <w:rsid w:val="004F6CD0"/>
    <w:rsid w:val="0054596A"/>
    <w:rsid w:val="00595031"/>
    <w:rsid w:val="005C092E"/>
    <w:rsid w:val="00610F5B"/>
    <w:rsid w:val="00707E64"/>
    <w:rsid w:val="00756632"/>
    <w:rsid w:val="007756B0"/>
    <w:rsid w:val="008262F2"/>
    <w:rsid w:val="00935767"/>
    <w:rsid w:val="009C7F02"/>
    <w:rsid w:val="009F4670"/>
    <w:rsid w:val="00AA1D8D"/>
    <w:rsid w:val="00B00389"/>
    <w:rsid w:val="00B47730"/>
    <w:rsid w:val="00B9711D"/>
    <w:rsid w:val="00CB0664"/>
    <w:rsid w:val="00D62D5A"/>
    <w:rsid w:val="00E7456C"/>
    <w:rsid w:val="00EA0E35"/>
    <w:rsid w:val="00ED142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0C5B23"/>
  <w14:defaultImageDpi w14:val="300"/>
  <w15:docId w15:val="{8CE3F829-DB6F-45B3-9CFE-09F49AAAA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odyTextIndent">
    <w:name w:val="Body Text Indent"/>
    <w:basedOn w:val="Normal"/>
    <w:link w:val="BodyTextIndentChar"/>
    <w:uiPriority w:val="99"/>
    <w:semiHidden/>
    <w:unhideWhenUsed/>
    <w:rsid w:val="00462A93"/>
    <w:pPr>
      <w:spacing w:after="120"/>
      <w:ind w:left="360"/>
    </w:pPr>
  </w:style>
  <w:style w:type="character" w:customStyle="1" w:styleId="BodyTextIndentChar">
    <w:name w:val="Body Text Indent Char"/>
    <w:basedOn w:val="DefaultParagraphFont"/>
    <w:link w:val="BodyTextIndent"/>
    <w:uiPriority w:val="99"/>
    <w:semiHidden/>
    <w:rsid w:val="00462A93"/>
    <w:rPr>
      <w:rFonts w:ascii="Times New Roman" w:hAnsi="Times New Roman"/>
    </w:rPr>
  </w:style>
  <w:style w:type="character" w:styleId="Hyperlink">
    <w:name w:val="Hyperlink"/>
    <w:basedOn w:val="DefaultParagraphFont"/>
    <w:uiPriority w:val="99"/>
    <w:unhideWhenUsed/>
    <w:rsid w:val="007756B0"/>
    <w:rPr>
      <w:color w:val="0000FF" w:themeColor="hyperlink"/>
      <w:u w:val="single"/>
    </w:rPr>
  </w:style>
  <w:style w:type="character" w:styleId="UnresolvedMention">
    <w:name w:val="Unresolved Mention"/>
    <w:basedOn w:val="DefaultParagraphFont"/>
    <w:uiPriority w:val="99"/>
    <w:semiHidden/>
    <w:unhideWhenUsed/>
    <w:rsid w:val="007756B0"/>
    <w:rPr>
      <w:color w:val="605E5C"/>
      <w:shd w:val="clear" w:color="auto" w:fill="E1DFDD"/>
    </w:rPr>
  </w:style>
  <w:style w:type="paragraph" w:customStyle="1" w:styleId="pdq2pgselectionanchorcontainer">
    <w:name w:val="pdq2pg_selectionanchorcontainer"/>
    <w:basedOn w:val="Normal"/>
    <w:rsid w:val="0022120B"/>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139/ssrn.4844740" TargetMode="External"/><Relationship Id="rId18" Type="http://schemas.openxmlformats.org/officeDocument/2006/relationships/hyperlink" Target="https://doi.org/10.1016/j.jbankfin.2022.106756" TargetMode="External"/><Relationship Id="rId26" Type="http://schemas.openxmlformats.org/officeDocument/2006/relationships/hyperlink" Target="https://jopd.com.ng/index.php/jopdz/article/view/93" TargetMode="External"/><Relationship Id="rId39" Type="http://schemas.openxmlformats.org/officeDocument/2006/relationships/hyperlink" Target="https://doi.org/10.3390/ijfs11040127" TargetMode="External"/><Relationship Id="rId21" Type="http://schemas.openxmlformats.org/officeDocument/2006/relationships/hyperlink" Target="https://doi.org/10.4018/IJCFA.312567" TargetMode="External"/><Relationship Id="rId34" Type="http://schemas.openxmlformats.org/officeDocument/2006/relationships/hyperlink" Target="https://doi.org/10.22094/JOIE.2020.677839" TargetMode="External"/><Relationship Id="rId42" Type="http://schemas.openxmlformats.org/officeDocument/2006/relationships/hyperlink" Target="https://doi.org/10.9734/AJEBA/2022/v22i1930655" TargetMode="External"/><Relationship Id="rId47" Type="http://schemas.openxmlformats.org/officeDocument/2006/relationships/hyperlink" Target="https://www.phindia.com/Books/BookDetail/9789391818500/MERGERS-AND-ACQUISITIONS-RAY" TargetMode="External"/><Relationship Id="rId50" Type="http://schemas.openxmlformats.org/officeDocument/2006/relationships/hyperlink" Target="https://doi.org/10.7819/rbgn.v22i0.4057" TargetMode="External"/><Relationship Id="rId55" Type="http://schemas.openxmlformats.org/officeDocument/2006/relationships/theme" Target="theme/theme1.xml"/><Relationship Id="rId7" Type="http://schemas.openxmlformats.org/officeDocument/2006/relationships/hyperlink" Target="https://ijrsm.com/index.php/journal-ijrsm/article/view/755?utm_source=chatgpt.com" TargetMode="External"/><Relationship Id="rId2" Type="http://schemas.openxmlformats.org/officeDocument/2006/relationships/numbering" Target="numbering.xml"/><Relationship Id="rId16" Type="http://schemas.openxmlformats.org/officeDocument/2006/relationships/hyperlink" Target="https://doi.org/10.1108/JFRC-01-2023-0012" TargetMode="External"/><Relationship Id="rId29" Type="http://schemas.openxmlformats.org/officeDocument/2006/relationships/hyperlink" Target="https://www.ijirmf.com/wp-content/uploads/IJIRMF201901003.pdf" TargetMode="External"/><Relationship Id="rId11" Type="http://schemas.openxmlformats.org/officeDocument/2006/relationships/hyperlink" Target="https://doi.org/10.1016/j.iimb.2019.10.009" TargetMode="External"/><Relationship Id="rId24" Type="http://schemas.openxmlformats.org/officeDocument/2006/relationships/hyperlink" Target="https://www.paperpublications.org/upload/book/EFFECT%20OF%20CORPORATE%20RESTRUCTURING-1430.pdf" TargetMode="External"/><Relationship Id="rId32" Type="http://schemas.openxmlformats.org/officeDocument/2006/relationships/hyperlink" Target="https://doi.org/10.1016/j.irfa.2024.103248" TargetMode="External"/><Relationship Id="rId37" Type="http://schemas.openxmlformats.org/officeDocument/2006/relationships/hyperlink" Target="https://doi.org/10.1504/IJBG.2024.138637" TargetMode="External"/><Relationship Id="rId40" Type="http://schemas.openxmlformats.org/officeDocument/2006/relationships/hyperlink" Target="https://doi.org/10.26740/jaj.v15n1.p14-25" TargetMode="External"/><Relationship Id="rId45" Type="http://schemas.openxmlformats.org/officeDocument/2006/relationships/hyperlink" Target="https://doi.org/10.37385/ijedr.v4i3.3348" TargetMode="External"/><Relationship Id="rId53" Type="http://schemas.openxmlformats.org/officeDocument/2006/relationships/hyperlink" Target="https://doi.org/10.4018/IJSDS.319974" TargetMode="External"/><Relationship Id="rId5" Type="http://schemas.openxmlformats.org/officeDocument/2006/relationships/webSettings" Target="webSettings.xml"/><Relationship Id="rId10" Type="http://schemas.openxmlformats.org/officeDocument/2006/relationships/hyperlink" Target="https://doi.org/10.3390/jrfm16040230" TargetMode="External"/><Relationship Id="rId19" Type="http://schemas.openxmlformats.org/officeDocument/2006/relationships/hyperlink" Target="https://www.openjournals.ijaar.org/index.php/jgies/article/view/87" TargetMode="External"/><Relationship Id="rId31" Type="http://schemas.openxmlformats.org/officeDocument/2006/relationships/hyperlink" Target="https://doi.org/10.18280/ijsdp.180204" TargetMode="External"/><Relationship Id="rId44" Type="http://schemas.openxmlformats.org/officeDocument/2006/relationships/hyperlink" Target="https://doi.org/10.37385/ijedr.v5i2.5038" TargetMode="External"/><Relationship Id="rId52" Type="http://schemas.openxmlformats.org/officeDocument/2006/relationships/hyperlink" Target="https://doi.org/10.1108/JSMA-04-2023-0084" TargetMode="External"/><Relationship Id="rId4" Type="http://schemas.openxmlformats.org/officeDocument/2006/relationships/settings" Target="settings.xml"/><Relationship Id="rId9" Type="http://schemas.openxmlformats.org/officeDocument/2006/relationships/hyperlink" Target="https://doi.org/10.1108/JAOC-09-2021-0130" TargetMode="External"/><Relationship Id="rId14" Type="http://schemas.openxmlformats.org/officeDocument/2006/relationships/hyperlink" Target="https://doi.org/10.1093/restud/rdab092" TargetMode="External"/><Relationship Id="rId22" Type="http://schemas.openxmlformats.org/officeDocument/2006/relationships/hyperlink" Target="https://cude.es/submit-a-manuscript/index.php/CUDE/article/view/453" TargetMode="External"/><Relationship Id="rId27" Type="http://schemas.openxmlformats.org/officeDocument/2006/relationships/hyperlink" Target="https://doi.org/10.1111/1748-8583.12512" TargetMode="External"/><Relationship Id="rId30" Type="http://schemas.openxmlformats.org/officeDocument/2006/relationships/hyperlink" Target="https://doi.org/10.3390/jrfm16120514" TargetMode="External"/><Relationship Id="rId35" Type="http://schemas.openxmlformats.org/officeDocument/2006/relationships/hyperlink" Target="https://doi.org/10.1177/0972150920915301" TargetMode="External"/><Relationship Id="rId43" Type="http://schemas.openxmlformats.org/officeDocument/2006/relationships/hyperlink" Target="https://doi.org/10.1080/23322039.2022.2163081" TargetMode="External"/><Relationship Id="rId48" Type="http://schemas.openxmlformats.org/officeDocument/2006/relationships/hyperlink" Target="https://doi.org/10.1016/j.jfi.2023.101058" TargetMode="External"/><Relationship Id="rId8" Type="http://schemas.openxmlformats.org/officeDocument/2006/relationships/hyperlink" Target="https://doi.org/10.37547/tajmei/Volume06Issue05-03" TargetMode="External"/><Relationship Id="rId51" Type="http://schemas.openxmlformats.org/officeDocument/2006/relationships/hyperlink" Target="https://mis.itmuniversity.ac.in/ssr/C3/Volume%208.pdf" TargetMode="External"/><Relationship Id="rId3" Type="http://schemas.openxmlformats.org/officeDocument/2006/relationships/styles" Target="styles.xml"/><Relationship Id="rId12" Type="http://schemas.openxmlformats.org/officeDocument/2006/relationships/hyperlink" Target="https://doi.org/10.5281/zenodo.10820868" TargetMode="External"/><Relationship Id="rId17" Type="http://schemas.openxmlformats.org/officeDocument/2006/relationships/hyperlink" Target="https://doi.org/10.55214/25768484.v8i6.2282" TargetMode="External"/><Relationship Id="rId25" Type="http://schemas.openxmlformats.org/officeDocument/2006/relationships/hyperlink" Target="https://euroasiapub.org/financial-restructuring-and-non-financial-performance-of-pan-africa-insurance-holding-company-kenya/" TargetMode="External"/><Relationship Id="rId33" Type="http://schemas.openxmlformats.org/officeDocument/2006/relationships/hyperlink" Target="https://doi.org/10.1080/21697213.2023.2239669" TargetMode="External"/><Relationship Id="rId38" Type="http://schemas.openxmlformats.org/officeDocument/2006/relationships/hyperlink" Target="https://hdl.handle.net/10453/178167" TargetMode="External"/><Relationship Id="rId46" Type="http://schemas.openxmlformats.org/officeDocument/2006/relationships/hyperlink" Target="https://doi.org/10.1002/mde.3702" TargetMode="External"/><Relationship Id="rId20" Type="http://schemas.openxmlformats.org/officeDocument/2006/relationships/hyperlink" Target="https://doi.org/10.54099/ijibmr.v4i1.1025" TargetMode="External"/><Relationship Id="rId41" Type="http://schemas.openxmlformats.org/officeDocument/2006/relationships/hyperlink" Target="https://doi.org/10.12691/jfe-11-3-3"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doi.org/10.1016/j.cbrev.2023.100128" TargetMode="External"/><Relationship Id="rId15" Type="http://schemas.openxmlformats.org/officeDocument/2006/relationships/hyperlink" Target="https://doi.org/10.4324/9781003206194-6" TargetMode="External"/><Relationship Id="rId23" Type="http://schemas.openxmlformats.org/officeDocument/2006/relationships/hyperlink" Target="https://doi.org/10.35335/enrichment.v13i1.1224" TargetMode="External"/><Relationship Id="rId28" Type="http://schemas.openxmlformats.org/officeDocument/2006/relationships/hyperlink" Target="https://doi.org/10.53819/81018102t2443" TargetMode="External"/><Relationship Id="rId36" Type="http://schemas.openxmlformats.org/officeDocument/2006/relationships/hyperlink" Target="https://doi.org/10.1007/s11846-022-00604-x" TargetMode="External"/><Relationship Id="rId49" Type="http://schemas.openxmlformats.org/officeDocument/2006/relationships/hyperlink" Target="https://doi.org/10.1007/s10672-022-0943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6391</Words>
  <Characters>36433</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42739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SDI CPU 1117</cp:lastModifiedBy>
  <cp:revision>12</cp:revision>
  <dcterms:created xsi:type="dcterms:W3CDTF">2026-08-04T22:01:00Z</dcterms:created>
  <dcterms:modified xsi:type="dcterms:W3CDTF">2026-08-08T06:23:00Z</dcterms:modified>
  <cp:category/>
</cp:coreProperties>
</file>